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2DC" w:rsidRDefault="002215F4">
      <w:bookmarkStart w:id="0" w:name="_GoBack"/>
      <w:bookmarkEnd w:id="0"/>
      <w:r>
        <w:rPr>
          <w:b/>
          <w:sz w:val="26"/>
        </w:rPr>
        <w:t>Problem 1: Turning Operation (Cutting Speed to RPM)</w:t>
      </w:r>
    </w:p>
    <w:p w:rsidR="009C42DC" w:rsidRDefault="002215F4">
      <w:r>
        <w:rPr>
          <w:b/>
        </w:rPr>
        <w:t>Problem Statement</w:t>
      </w:r>
    </w:p>
    <w:p w:rsidR="009C42DC" w:rsidRDefault="002215F4">
      <w:r>
        <w:t>A turning operation is performed on a workpiece diameter D = 2.5 in. Recommended cutting speed is V = 300 ft/min. Find spindle speed N (rpm). Use V = (πDN)/12.</w:t>
      </w:r>
    </w:p>
    <w:p w:rsidR="009C42DC" w:rsidRDefault="002215F4">
      <w:r>
        <w:rPr>
          <w:b/>
        </w:rPr>
        <w:t>Solution</w:t>
      </w:r>
    </w:p>
    <w:p w:rsidR="009C42DC" w:rsidRDefault="002215F4">
      <w:r>
        <w:t>N = 12V/(πD)</w:t>
      </w:r>
    </w:p>
    <w:p w:rsidR="009C42DC" w:rsidRDefault="002215F4">
      <w:r>
        <w:t>N = 12×300/(π×2.5)</w:t>
      </w:r>
    </w:p>
    <w:p w:rsidR="009C42DC" w:rsidRDefault="002215F4">
      <w:r>
        <w:t>N ≈ 458 rpm</w:t>
      </w:r>
    </w:p>
    <w:p w:rsidR="009C42DC" w:rsidRDefault="002215F4">
      <w:r>
        <w:rPr>
          <w:b/>
        </w:rPr>
        <w:t>Final Answer</w:t>
      </w:r>
    </w:p>
    <w:p w:rsidR="009C42DC" w:rsidRDefault="002215F4">
      <w:r>
        <w:t>Spindle spee</w:t>
      </w:r>
      <w:r>
        <w:t>d ≈ 460 rpm.</w:t>
      </w:r>
    </w:p>
    <w:p w:rsidR="009C42DC" w:rsidRDefault="009C42DC"/>
    <w:p w:rsidR="009C42DC" w:rsidRDefault="002215F4">
      <w:r>
        <w:rPr>
          <w:b/>
          <w:sz w:val="26"/>
        </w:rPr>
        <w:t>Problem 2: Double Fillet Weld (Effective Throat Area)</w:t>
      </w:r>
    </w:p>
    <w:p w:rsidR="009C42DC" w:rsidRDefault="002215F4">
      <w:r>
        <w:rPr>
          <w:b/>
        </w:rPr>
        <w:t>Problem Statement</w:t>
      </w:r>
    </w:p>
    <w:p w:rsidR="009C42DC" w:rsidRDefault="002215F4">
      <w:r>
        <w:t>A double fillet weld of length 4 in is used on both sides of a plate. Weld leg size is 1/4 in. Find total effective throat area. Use throat t = 0.707×leg.</w:t>
      </w:r>
    </w:p>
    <w:p w:rsidR="009C42DC" w:rsidRDefault="002215F4">
      <w:r>
        <w:rPr>
          <w:b/>
        </w:rPr>
        <w:t>Solution</w:t>
      </w:r>
    </w:p>
    <w:p w:rsidR="009C42DC" w:rsidRDefault="002215F4">
      <w:r>
        <w:t>t = 0.</w:t>
      </w:r>
      <w:r>
        <w:t>707×0.25 = 0.1768 in</w:t>
      </w:r>
    </w:p>
    <w:p w:rsidR="009C42DC" w:rsidRDefault="002215F4">
      <w:r>
        <w:t>Area per weld line A1 = t×L = 0.1768×4 = 0.707 in²</w:t>
      </w:r>
    </w:p>
    <w:p w:rsidR="009C42DC" w:rsidRDefault="002215F4">
      <w:r>
        <w:t>Total (two lines): Atotal = 2×0.707 = 1.414 in²</w:t>
      </w:r>
    </w:p>
    <w:p w:rsidR="009C42DC" w:rsidRDefault="002215F4">
      <w:r>
        <w:rPr>
          <w:b/>
        </w:rPr>
        <w:t>Final Answer</w:t>
      </w:r>
    </w:p>
    <w:p w:rsidR="009C42DC" w:rsidRDefault="002215F4">
      <w:r>
        <w:t>Total effective throat area ≈ 1.41 in².</w:t>
      </w:r>
    </w:p>
    <w:p w:rsidR="009C42DC" w:rsidRDefault="009C42DC"/>
    <w:p w:rsidR="009C42DC" w:rsidRDefault="002215F4">
      <w:r>
        <w:rPr>
          <w:b/>
          <w:sz w:val="26"/>
        </w:rPr>
        <w:t>Problem 3: Helical Compression Spring (Spring Rate)</w:t>
      </w:r>
    </w:p>
    <w:p w:rsidR="009C42DC" w:rsidRDefault="002215F4">
      <w:r>
        <w:rPr>
          <w:b/>
        </w:rPr>
        <w:t>Problem Statement</w:t>
      </w:r>
    </w:p>
    <w:p w:rsidR="009C42DC" w:rsidRDefault="002215F4">
      <w:r>
        <w:t>A helical sp</w:t>
      </w:r>
      <w:r>
        <w:t>ring has wire diameter d = 0.25 in, mean coil diameter D = 2.0 in, active coils Na = 10, and shear modulus G = 11.5×10^6 psi. Find spring rate k using k = G d^4/(8 D^3 Na).</w:t>
      </w:r>
    </w:p>
    <w:p w:rsidR="009C42DC" w:rsidRDefault="002215F4">
      <w:r>
        <w:rPr>
          <w:b/>
        </w:rPr>
        <w:t>Solution</w:t>
      </w:r>
    </w:p>
    <w:p w:rsidR="009C42DC" w:rsidRDefault="002215F4">
      <w:r>
        <w:lastRenderedPageBreak/>
        <w:t>d^4 = 0.25^4 = 0.00390625</w:t>
      </w:r>
    </w:p>
    <w:p w:rsidR="009C42DC" w:rsidRDefault="002215F4">
      <w:r>
        <w:t>D^3 = 2^3 = 8</w:t>
      </w:r>
    </w:p>
    <w:p w:rsidR="009C42DC" w:rsidRDefault="002215F4">
      <w:r>
        <w:t xml:space="preserve">k = </w:t>
      </w:r>
      <w:r>
        <w:t>(11.5×10^6×0.00390625)/(8×8×10)</w:t>
      </w:r>
    </w:p>
    <w:p w:rsidR="009C42DC" w:rsidRDefault="002215F4">
      <w:r>
        <w:t>Numerator = 44,921.9</w:t>
      </w:r>
    </w:p>
    <w:p w:rsidR="009C42DC" w:rsidRDefault="002215F4">
      <w:r>
        <w:t>Denominator = 640</w:t>
      </w:r>
    </w:p>
    <w:p w:rsidR="009C42DC" w:rsidRDefault="002215F4">
      <w:r>
        <w:t>k ≈ 70.2 lb/in</w:t>
      </w:r>
    </w:p>
    <w:p w:rsidR="009C42DC" w:rsidRDefault="002215F4">
      <w:r>
        <w:rPr>
          <w:b/>
        </w:rPr>
        <w:t>Final Answer</w:t>
      </w:r>
    </w:p>
    <w:p w:rsidR="009C42DC" w:rsidRDefault="002215F4">
      <w:r>
        <w:t>Spring rate k ≈ 70 lb/in.</w:t>
      </w:r>
    </w:p>
    <w:p w:rsidR="009C42DC" w:rsidRDefault="009C42DC"/>
    <w:sectPr w:rsidR="009C42D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215F4"/>
    <w:rsid w:val="0029639D"/>
    <w:rsid w:val="00326F90"/>
    <w:rsid w:val="009C42D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254F4032-E285-4494-94FD-95FB57BD8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16F2716-F9D0-499F-BD45-62E1A2CFD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1170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2026-01-17T14:08:00Z</dcterms:modified>
  <cp:category/>
</cp:coreProperties>
</file>