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E9B" w:rsidRDefault="003C0E99">
      <w:bookmarkStart w:id="0" w:name="_GoBack"/>
      <w:bookmarkEnd w:id="0"/>
      <w:r>
        <w:rPr>
          <w:b/>
          <w:sz w:val="26"/>
        </w:rPr>
        <w:t xml:space="preserve">Problem 1: Pipe Flow Reynolds Number &amp; </w:t>
      </w:r>
      <w:r>
        <w:rPr>
          <w:b/>
          <w:sz w:val="26"/>
        </w:rPr>
        <w:t>Friction Factor (Blasius)</w:t>
      </w:r>
    </w:p>
    <w:p w:rsidR="00E94E9B" w:rsidRDefault="003C0E99">
      <w:r>
        <w:rPr>
          <w:b/>
        </w:rPr>
        <w:t>Problem Statement</w:t>
      </w:r>
    </w:p>
    <w:p w:rsidR="00E94E9B" w:rsidRDefault="003C0E99">
      <w:r>
        <w:t>Water at 68°F flows through a smooth 2.0-in diameter pipe at velocity V = 8 ft/s. Take ν = 1.1×10^−5 ft²/s. Compute Reynolds number and estimate Darcy friction factor f = 0.3164 Re^(−0.25).</w:t>
      </w:r>
    </w:p>
    <w:p w:rsidR="00E94E9B" w:rsidRDefault="003C0E99">
      <w:r>
        <w:rPr>
          <w:b/>
        </w:rPr>
        <w:t>Solution</w:t>
      </w:r>
    </w:p>
    <w:p w:rsidR="00E94E9B" w:rsidRDefault="003C0E99">
      <w:r>
        <w:t xml:space="preserve">D = 2.0 in = </w:t>
      </w:r>
      <w:r>
        <w:t>0.167 ft</w:t>
      </w:r>
    </w:p>
    <w:p w:rsidR="00E94E9B" w:rsidRDefault="003C0E99">
      <w:r>
        <w:t>Re = VD/ν = 8×0.167/(1.1×10^−5)</w:t>
      </w:r>
    </w:p>
    <w:p w:rsidR="00E94E9B" w:rsidRDefault="003C0E99">
      <w:r>
        <w:t>Re ≈ 1.21×10^5</w:t>
      </w:r>
    </w:p>
    <w:p w:rsidR="00E94E9B" w:rsidRDefault="003C0E99">
      <w:r>
        <w:t>Re^(0.25) ≈ 18.6</w:t>
      </w:r>
    </w:p>
    <w:p w:rsidR="00E94E9B" w:rsidRDefault="003C0E99">
      <w:r>
        <w:t>f ≈ 0.3164/18.6 = 0.0170</w:t>
      </w:r>
    </w:p>
    <w:p w:rsidR="00E94E9B" w:rsidRDefault="003C0E99">
      <w:r>
        <w:rPr>
          <w:b/>
        </w:rPr>
        <w:t>Final Answer</w:t>
      </w:r>
    </w:p>
    <w:p w:rsidR="00E94E9B" w:rsidRDefault="003C0E99">
      <w:r>
        <w:t>Re ≈ 1.21×10^5 and f ≈ 0.017.</w:t>
      </w:r>
    </w:p>
    <w:p w:rsidR="00E94E9B" w:rsidRDefault="00E94E9B"/>
    <w:p w:rsidR="00E94E9B" w:rsidRDefault="003C0E99">
      <w:r>
        <w:rPr>
          <w:b/>
          <w:sz w:val="26"/>
        </w:rPr>
        <w:t>Problem 2: Forced Convection Flat Plate (Average Nusselt Number)</w:t>
      </w:r>
    </w:p>
    <w:p w:rsidR="00E94E9B" w:rsidRDefault="003C0E99">
      <w:r>
        <w:rPr>
          <w:b/>
        </w:rPr>
        <w:t>Problem Statement</w:t>
      </w:r>
    </w:p>
    <w:p w:rsidR="00E94E9B" w:rsidRDefault="003C0E99">
      <w:r>
        <w:t>Air at 1 atm and 77°F flows ove</w:t>
      </w:r>
      <w:r>
        <w:t>r a flat plate length L = 1.5 m at U = 10 m/s. Take ν = 1.5×10^−5 m²/s and Pr = 0.71. Estimate average Nu using Nu_L = 0.664 Re_L^(1/2) Pr^(1/3).</w:t>
      </w:r>
    </w:p>
    <w:p w:rsidR="00E94E9B" w:rsidRDefault="003C0E99">
      <w:r>
        <w:rPr>
          <w:b/>
        </w:rPr>
        <w:t>Solution</w:t>
      </w:r>
    </w:p>
    <w:p w:rsidR="00E94E9B" w:rsidRDefault="003C0E99">
      <w:r>
        <w:t>Re_L = UL/ν = 10×1.5/(1.5×10^−5)=1.0×10^6</w:t>
      </w:r>
    </w:p>
    <w:p w:rsidR="00E94E9B" w:rsidRDefault="003C0E99">
      <w:r>
        <w:t>Re_L^(1/2)=1000</w:t>
      </w:r>
    </w:p>
    <w:p w:rsidR="00E94E9B" w:rsidRDefault="003C0E99">
      <w:r>
        <w:t>Pr^(1/3)=0.71^(1/3)≈0.892</w:t>
      </w:r>
    </w:p>
    <w:p w:rsidR="00E94E9B" w:rsidRDefault="003C0E99">
      <w:r>
        <w:t>Nu_L = 0.664×1000</w:t>
      </w:r>
      <w:r>
        <w:t>×0.892 ≈ 592</w:t>
      </w:r>
    </w:p>
    <w:p w:rsidR="00E94E9B" w:rsidRDefault="003C0E99">
      <w:r>
        <w:rPr>
          <w:b/>
        </w:rPr>
        <w:t>Final Answer</w:t>
      </w:r>
    </w:p>
    <w:p w:rsidR="00E94E9B" w:rsidRDefault="003C0E99">
      <w:r>
        <w:t>Average Nusselt number Nu_L ≈ 592.</w:t>
      </w:r>
    </w:p>
    <w:p w:rsidR="00E94E9B" w:rsidRDefault="00E94E9B"/>
    <w:p w:rsidR="00E94E9B" w:rsidRDefault="003C0E99">
      <w:r>
        <w:rPr>
          <w:b/>
          <w:sz w:val="26"/>
        </w:rPr>
        <w:lastRenderedPageBreak/>
        <w:t>Problem 3: Radiation Heat Exchange Between Large Plates</w:t>
      </w:r>
    </w:p>
    <w:p w:rsidR="00E94E9B" w:rsidRDefault="003C0E99">
      <w:r>
        <w:rPr>
          <w:b/>
        </w:rPr>
        <w:t>Problem Statement</w:t>
      </w:r>
    </w:p>
    <w:p w:rsidR="00E94E9B" w:rsidRDefault="003C0E99">
      <w:r>
        <w:t xml:space="preserve">Two large parallel plates: T1 = 800 K, ε1 = 0.7; T2 = 500 K, ε2 = 0.5. Find net radiation heat flux. Use σ = 5.67×10^−8 </w:t>
      </w:r>
      <w:r>
        <w:t>W/m²-K^4.</w:t>
      </w:r>
    </w:p>
    <w:p w:rsidR="00E94E9B" w:rsidRDefault="003C0E99">
      <w:r>
        <w:rPr>
          <w:b/>
        </w:rPr>
        <w:t>Solution</w:t>
      </w:r>
    </w:p>
    <w:p w:rsidR="00E94E9B" w:rsidRDefault="003C0E99">
      <w:r>
        <w:t>q = σ(T1^4−T2^4) / ( (1/ε1)+(1/ε2)−1 )</w:t>
      </w:r>
    </w:p>
    <w:p w:rsidR="00E94E9B" w:rsidRDefault="003C0E99">
      <w:r>
        <w:t>Denominator = 1/0.7 + 1/0.5 − 1 = 2.4286</w:t>
      </w:r>
    </w:p>
    <w:p w:rsidR="00E94E9B" w:rsidRDefault="003C0E99">
      <w:r>
        <w:t>T1^4 = 800^4 = 4.096×10^11</w:t>
      </w:r>
    </w:p>
    <w:p w:rsidR="00E94E9B" w:rsidRDefault="003C0E99">
      <w:r>
        <w:t>T2^4 = 500^4 = 6.25×10^10</w:t>
      </w:r>
    </w:p>
    <w:p w:rsidR="00E94E9B" w:rsidRDefault="003C0E99">
      <w:r>
        <w:t>Difference = 3.471×10^11</w:t>
      </w:r>
    </w:p>
    <w:p w:rsidR="00E94E9B" w:rsidRDefault="003C0E99">
      <w:r>
        <w:t>Numerator = 5.67e−8×3.471e11 ≈ 19,680 W/m²</w:t>
      </w:r>
    </w:p>
    <w:p w:rsidR="00E94E9B" w:rsidRDefault="003C0E99">
      <w:r>
        <w:t>q ≈ 19,680/2.4286 = 8,105 W/m²</w:t>
      </w:r>
    </w:p>
    <w:p w:rsidR="00E94E9B" w:rsidRDefault="003C0E99">
      <w:r>
        <w:rPr>
          <w:b/>
        </w:rPr>
        <w:t>Final</w:t>
      </w:r>
      <w:r>
        <w:rPr>
          <w:b/>
        </w:rPr>
        <w:t xml:space="preserve"> Answer</w:t>
      </w:r>
    </w:p>
    <w:p w:rsidR="00E94E9B" w:rsidRDefault="003C0E99">
      <w:r>
        <w:t>q ≈ 8.1×10^3 W/m² (from Plate 1 to Plate 2).</w:t>
      </w:r>
    </w:p>
    <w:p w:rsidR="00E94E9B" w:rsidRDefault="00E94E9B"/>
    <w:sectPr w:rsidR="00E94E9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C0E99"/>
    <w:rsid w:val="00AA1D8D"/>
    <w:rsid w:val="00B47730"/>
    <w:rsid w:val="00CB0664"/>
    <w:rsid w:val="00E94E9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E526F8DB-31B8-4B21-BE62-7D9CDA056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630069C-351C-40E3-9529-C4ACD682D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1371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2026-01-17T14:07:00Z</dcterms:modified>
  <cp:category/>
</cp:coreProperties>
</file>