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6EC" w:rsidRDefault="00E51724">
      <w:bookmarkStart w:id="0" w:name="_GoBack"/>
      <w:bookmarkEnd w:id="0"/>
      <w:r>
        <w:rPr>
          <w:b/>
          <w:sz w:val="26"/>
        </w:rPr>
        <w:t xml:space="preserve">Problem 1: Second-Order System (Overshoot &amp; </w:t>
      </w:r>
      <w:r>
        <w:rPr>
          <w:b/>
          <w:sz w:val="26"/>
        </w:rPr>
        <w:t>Settling Time)</w:t>
      </w:r>
    </w:p>
    <w:p w:rsidR="00D106EC" w:rsidRDefault="00E51724">
      <w:r>
        <w:rPr>
          <w:b/>
        </w:rPr>
        <w:t>Problem Statement</w:t>
      </w:r>
    </w:p>
    <w:p w:rsidR="00D106EC" w:rsidRDefault="00E51724">
      <w:r>
        <w:t>A standard second-order closed-loop system has damping ratio ζ = 0.35 and natural frequency ω_n = 8 rad/s. Determine percent overshoot and 2% settling time.</w:t>
      </w:r>
    </w:p>
    <w:p w:rsidR="00D106EC" w:rsidRDefault="00E51724">
      <w:r>
        <w:rPr>
          <w:b/>
        </w:rPr>
        <w:t>Solution</w:t>
      </w:r>
    </w:p>
    <w:p w:rsidR="00D106EC" w:rsidRDefault="00E51724">
      <w:r>
        <w:t>Percent overshoot:</w:t>
      </w:r>
    </w:p>
    <w:p w:rsidR="00D106EC" w:rsidRDefault="00E51724">
      <w:r>
        <w:t>PO = exp(−ζπ/√(1−ζ^2))×100%</w:t>
      </w:r>
    </w:p>
    <w:p w:rsidR="00D106EC" w:rsidRDefault="00E51724">
      <w:r>
        <w:t>√(1−ζ^2)=√</w:t>
      </w:r>
      <w:r>
        <w:t>(1−0.35^2)=0.9368</w:t>
      </w:r>
    </w:p>
    <w:p w:rsidR="00D106EC" w:rsidRDefault="00E51724">
      <w:r>
        <w:t>Exponent = −0.35π/0.9368 = −1.174</w:t>
      </w:r>
    </w:p>
    <w:p w:rsidR="00D106EC" w:rsidRDefault="00E51724">
      <w:r>
        <w:t>PO = e^(−1.174)×100% ≈ 30.9%</w:t>
      </w:r>
    </w:p>
    <w:p w:rsidR="00D106EC" w:rsidRDefault="00E51724">
      <w:r>
        <w:t>2% settling time:</w:t>
      </w:r>
    </w:p>
    <w:p w:rsidR="00D106EC" w:rsidRDefault="00E51724">
      <w:r>
        <w:t>Ts ≈ 4/(ζω_n) = 4/(0.35×8)=1.43 s</w:t>
      </w:r>
    </w:p>
    <w:p w:rsidR="00D106EC" w:rsidRDefault="00E51724">
      <w:r>
        <w:rPr>
          <w:b/>
        </w:rPr>
        <w:t>Final Answer</w:t>
      </w:r>
    </w:p>
    <w:p w:rsidR="00D106EC" w:rsidRDefault="00E51724">
      <w:r>
        <w:t>PO ≈ 30.9% and Ts ≈ 1.43 s.</w:t>
      </w:r>
    </w:p>
    <w:p w:rsidR="00D106EC" w:rsidRDefault="00D106EC"/>
    <w:p w:rsidR="00D106EC" w:rsidRDefault="00E51724">
      <w:r>
        <w:rPr>
          <w:b/>
          <w:sz w:val="26"/>
        </w:rPr>
        <w:t>Problem 2: Root Locus Gain for Desired Damping Ratio</w:t>
      </w:r>
    </w:p>
    <w:p w:rsidR="00D106EC" w:rsidRDefault="00E51724">
      <w:r>
        <w:rPr>
          <w:b/>
        </w:rPr>
        <w:t>Problem Statement</w:t>
      </w:r>
    </w:p>
    <w:p w:rsidR="00D106EC" w:rsidRDefault="00E51724">
      <w:r>
        <w:t>For a unit</w:t>
      </w:r>
      <w:r>
        <w:t>y-feedback system with open-loop transfer function G(s)=K/(s(s+4)), find K such that closed-loop poles have damping ratio ζ ≈ 0.5.</w:t>
      </w:r>
    </w:p>
    <w:p w:rsidR="00D106EC" w:rsidRDefault="00E51724">
      <w:r>
        <w:rPr>
          <w:b/>
        </w:rPr>
        <w:t>Solution</w:t>
      </w:r>
    </w:p>
    <w:p w:rsidR="00D106EC" w:rsidRDefault="00E51724">
      <w:r>
        <w:t>Characteristic equation:</w:t>
      </w:r>
    </w:p>
    <w:p w:rsidR="00D106EC" w:rsidRDefault="00E51724">
      <w:r>
        <w:t>1 + K/(s(s+4)) = 0</w:t>
      </w:r>
    </w:p>
    <w:p w:rsidR="00D106EC" w:rsidRDefault="00E51724">
      <w:r>
        <w:t>=&gt; s(s+4)+K = 0</w:t>
      </w:r>
    </w:p>
    <w:p w:rsidR="00D106EC" w:rsidRDefault="00E51724">
      <w:r>
        <w:t>=&gt; s^2 + 4s + K = 0</w:t>
      </w:r>
    </w:p>
    <w:p w:rsidR="00D106EC" w:rsidRDefault="00E51724">
      <w:r>
        <w:t>Compare with s^2 + 2ζω_n s + ω_n^2 =</w:t>
      </w:r>
      <w:r>
        <w:t xml:space="preserve"> 0</w:t>
      </w:r>
    </w:p>
    <w:p w:rsidR="00D106EC" w:rsidRDefault="00E51724">
      <w:r>
        <w:t>2ζω_n = 4, ω_n^2 = K</w:t>
      </w:r>
    </w:p>
    <w:p w:rsidR="00D106EC" w:rsidRDefault="00E51724">
      <w:r>
        <w:t>With ζ=0.5:</w:t>
      </w:r>
    </w:p>
    <w:p w:rsidR="00D106EC" w:rsidRDefault="00E51724">
      <w:r>
        <w:lastRenderedPageBreak/>
        <w:t>ω_n=4</w:t>
      </w:r>
    </w:p>
    <w:p w:rsidR="00D106EC" w:rsidRDefault="00E51724">
      <w:r>
        <w:t>K = 16</w:t>
      </w:r>
    </w:p>
    <w:p w:rsidR="00D106EC" w:rsidRDefault="00E51724">
      <w:r>
        <w:rPr>
          <w:b/>
        </w:rPr>
        <w:t>Final Answer</w:t>
      </w:r>
    </w:p>
    <w:p w:rsidR="00D106EC" w:rsidRDefault="00E51724">
      <w:r>
        <w:t>Required gain K ≈ 16.</w:t>
      </w:r>
    </w:p>
    <w:p w:rsidR="00D106EC" w:rsidRDefault="00D106EC"/>
    <w:p w:rsidR="00D106EC" w:rsidRDefault="00E51724">
      <w:r>
        <w:rPr>
          <w:b/>
          <w:sz w:val="26"/>
        </w:rPr>
        <w:t>Problem 3: State-Space to Transfer Function</w:t>
      </w:r>
    </w:p>
    <w:p w:rsidR="00D106EC" w:rsidRDefault="00E51724">
      <w:r>
        <w:rPr>
          <w:b/>
        </w:rPr>
        <w:t>Problem Statement</w:t>
      </w:r>
    </w:p>
    <w:p w:rsidR="00D106EC" w:rsidRDefault="00E51724">
      <w:r>
        <w:t>Given A=[[0,1],[-25,-6]], B=[[0],[1]], C=[[1,0]], D=0. Find the transfer function G(s)=Y(s)/U(s).</w:t>
      </w:r>
    </w:p>
    <w:p w:rsidR="00D106EC" w:rsidRDefault="00E51724">
      <w:r>
        <w:rPr>
          <w:b/>
        </w:rPr>
        <w:t>Solution</w:t>
      </w:r>
    </w:p>
    <w:p w:rsidR="00D106EC" w:rsidRDefault="00E51724">
      <w:r>
        <w:t>G(s) = C(sI−A)^−1B</w:t>
      </w:r>
    </w:p>
    <w:p w:rsidR="00D106EC" w:rsidRDefault="00E51724">
      <w:r>
        <w:t>sI−A = [[s,−1],[25,s+6]]</w:t>
      </w:r>
    </w:p>
    <w:p w:rsidR="00D106EC" w:rsidRDefault="00E51724">
      <w:r>
        <w:t>Determinant Δ = s(s+6)+25 = s^2+6s+25</w:t>
      </w:r>
    </w:p>
    <w:p w:rsidR="00D106EC" w:rsidRDefault="00E51724">
      <w:r>
        <w:t>(sI−A)^−1 = (1/Δ)[[s+6,1],[−25,s]]</w:t>
      </w:r>
    </w:p>
    <w:p w:rsidR="00D106EC" w:rsidRDefault="00E51724">
      <w:r>
        <w:t>Multiply by B gives (1/Δ)[[1],[s]]</w:t>
      </w:r>
    </w:p>
    <w:p w:rsidR="00D106EC" w:rsidRDefault="00E51724">
      <w:r>
        <w:t>Multiply by C=[1,0]:</w:t>
      </w:r>
    </w:p>
    <w:p w:rsidR="00D106EC" w:rsidRDefault="00E51724">
      <w:r>
        <w:t>G(s)=1/Δ</w:t>
      </w:r>
    </w:p>
    <w:p w:rsidR="00D106EC" w:rsidRDefault="00E51724">
      <w:r>
        <w:rPr>
          <w:b/>
        </w:rPr>
        <w:t>Final Answer</w:t>
      </w:r>
    </w:p>
    <w:p w:rsidR="00D106EC" w:rsidRDefault="00E51724">
      <w:r>
        <w:t>G(s) = 1/(s^2 + 6s + 25).</w:t>
      </w:r>
    </w:p>
    <w:p w:rsidR="00D106EC" w:rsidRDefault="00D106EC"/>
    <w:sectPr w:rsidR="00D106E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106EC"/>
    <w:rsid w:val="00E5172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D908731C-4436-482B-93EF-B4C242CDC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26472B-589E-479C-9CA5-D5D476FB9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2026-01-17T14:07:00Z</dcterms:modified>
  <cp:category/>
</cp:coreProperties>
</file>