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300" w:rsidRDefault="00842069">
      <w:bookmarkStart w:id="0" w:name="_GoBack"/>
      <w:bookmarkEnd w:id="0"/>
      <w:r>
        <w:rPr>
          <w:b/>
          <w:sz w:val="26"/>
        </w:rPr>
        <w:t xml:space="preserve">Problem 1: Simply Supported Beam (Maximum Bending </w:t>
      </w:r>
      <w:r>
        <w:rPr>
          <w:b/>
          <w:sz w:val="26"/>
        </w:rPr>
        <w:t>Moment)</w:t>
      </w:r>
    </w:p>
    <w:p w:rsidR="009D6300" w:rsidRDefault="00842069">
      <w:r>
        <w:rPr>
          <w:b/>
        </w:rPr>
        <w:t>Problem Statement</w:t>
      </w:r>
    </w:p>
    <w:p w:rsidR="009D6300" w:rsidRDefault="00842069">
      <w:r>
        <w:t>A simply supported beam of span L = 12 ft carries a uniform load w = 500 lb/ft over the full span. Determine the maximum bending moment.</w:t>
      </w:r>
    </w:p>
    <w:p w:rsidR="009D6300" w:rsidRDefault="00842069">
      <w:r>
        <w:rPr>
          <w:b/>
        </w:rPr>
        <w:t>Solution</w:t>
      </w:r>
    </w:p>
    <w:p w:rsidR="009D6300" w:rsidRDefault="00842069">
      <w:r>
        <w:t>For a simply supported beam with full-span UDL:</w:t>
      </w:r>
    </w:p>
    <w:p w:rsidR="009D6300" w:rsidRDefault="00842069">
      <w:r>
        <w:t>M_max = wL^2/8</w:t>
      </w:r>
    </w:p>
    <w:p w:rsidR="009D6300" w:rsidRDefault="00842069">
      <w:r>
        <w:t>M_max = 500×12^2/8</w:t>
      </w:r>
    </w:p>
    <w:p w:rsidR="009D6300" w:rsidRDefault="00842069">
      <w:r>
        <w:t>12</w:t>
      </w:r>
      <w:r>
        <w:t>^2 = 144</w:t>
      </w:r>
    </w:p>
    <w:p w:rsidR="009D6300" w:rsidRDefault="00842069">
      <w:r>
        <w:t>M_max = 500×144/8 = 500×18 = 9000 lb-ft</w:t>
      </w:r>
    </w:p>
    <w:p w:rsidR="009D6300" w:rsidRDefault="00842069">
      <w:r>
        <w:rPr>
          <w:b/>
        </w:rPr>
        <w:t>Final Answer</w:t>
      </w:r>
    </w:p>
    <w:p w:rsidR="009D6300" w:rsidRDefault="00842069">
      <w:r>
        <w:t>Maximum bending moment = 9000 lb-ft.</w:t>
      </w:r>
    </w:p>
    <w:p w:rsidR="009D6300" w:rsidRDefault="009D6300"/>
    <w:p w:rsidR="009D6300" w:rsidRDefault="00842069">
      <w:r>
        <w:rPr>
          <w:b/>
          <w:sz w:val="26"/>
        </w:rPr>
        <w:t>Problem 2: Axial Stress and Elongation</w:t>
      </w:r>
    </w:p>
    <w:p w:rsidR="009D6300" w:rsidRDefault="00842069">
      <w:r>
        <w:rPr>
          <w:b/>
        </w:rPr>
        <w:t>Problem Statement</w:t>
      </w:r>
    </w:p>
    <w:p w:rsidR="009D6300" w:rsidRDefault="00842069">
      <w:r>
        <w:t>A steel rod (E = 29×10^6 psi) has length L = 40 in and diameter d = 1.0 in. It carries an axial ten</w:t>
      </w:r>
      <w:r>
        <w:t>sile load P = 20,000 lbf. Find axial stress and elongation.</w:t>
      </w:r>
    </w:p>
    <w:p w:rsidR="009D6300" w:rsidRDefault="00842069">
      <w:r>
        <w:rPr>
          <w:b/>
        </w:rPr>
        <w:t>Solution</w:t>
      </w:r>
    </w:p>
    <w:p w:rsidR="009D6300" w:rsidRDefault="00842069">
      <w:r>
        <w:t>Area A = (π/4)d^2 = 0.785 in^2</w:t>
      </w:r>
    </w:p>
    <w:p w:rsidR="009D6300" w:rsidRDefault="00842069">
      <w:r>
        <w:t>Stress:</w:t>
      </w:r>
    </w:p>
    <w:p w:rsidR="009D6300" w:rsidRDefault="00842069">
      <w:r>
        <w:t>σ = P/A = 20000/0.785 ≈ 25,478 psi ≈ 25.5 ksi</w:t>
      </w:r>
    </w:p>
    <w:p w:rsidR="009D6300" w:rsidRDefault="00842069">
      <w:r>
        <w:t>Elongation:</w:t>
      </w:r>
    </w:p>
    <w:p w:rsidR="009D6300" w:rsidRDefault="00842069">
      <w:r>
        <w:t>δ = PL/(AE)</w:t>
      </w:r>
    </w:p>
    <w:p w:rsidR="009D6300" w:rsidRDefault="00842069">
      <w:r>
        <w:t>δ = (20000×40)/(0.785×29×10^6)</w:t>
      </w:r>
    </w:p>
    <w:p w:rsidR="009D6300" w:rsidRDefault="00842069">
      <w:r>
        <w:t>δ ≈ 0.035 in</w:t>
      </w:r>
    </w:p>
    <w:p w:rsidR="009D6300" w:rsidRDefault="00842069">
      <w:r>
        <w:rPr>
          <w:b/>
        </w:rPr>
        <w:t>Final Answer</w:t>
      </w:r>
    </w:p>
    <w:p w:rsidR="009D6300" w:rsidRDefault="00842069">
      <w:r>
        <w:t xml:space="preserve">σ ≈ 25.5 ksi and δ ≈ </w:t>
      </w:r>
      <w:r>
        <w:t>0.035 in.</w:t>
      </w:r>
    </w:p>
    <w:p w:rsidR="009D6300" w:rsidRDefault="009D6300"/>
    <w:p w:rsidR="009D6300" w:rsidRDefault="00842069">
      <w:r>
        <w:rPr>
          <w:b/>
          <w:sz w:val="26"/>
        </w:rPr>
        <w:t>Problem 3: Torsion in Solid Circular Shaft</w:t>
      </w:r>
    </w:p>
    <w:p w:rsidR="009D6300" w:rsidRDefault="00842069">
      <w:r>
        <w:rPr>
          <w:b/>
        </w:rPr>
        <w:t>Problem Statement</w:t>
      </w:r>
    </w:p>
    <w:p w:rsidR="009D6300" w:rsidRDefault="00842069">
      <w:r>
        <w:t>A solid circular shaft has diameter d = 2.0 in and transmits torque T = 1500 lb-ft. Find maximum shear stress using τ_max = Tc/J, J = πd^4/32.</w:t>
      </w:r>
    </w:p>
    <w:p w:rsidR="009D6300" w:rsidRDefault="00842069">
      <w:r>
        <w:rPr>
          <w:b/>
        </w:rPr>
        <w:t>Solution</w:t>
      </w:r>
    </w:p>
    <w:p w:rsidR="009D6300" w:rsidRDefault="00842069">
      <w:r>
        <w:t>Convert torque:</w:t>
      </w:r>
    </w:p>
    <w:p w:rsidR="009D6300" w:rsidRDefault="00842069">
      <w:r>
        <w:t>T = 1500×12 = 18</w:t>
      </w:r>
      <w:r>
        <w:t>,000 lb-in</w:t>
      </w:r>
    </w:p>
    <w:p w:rsidR="009D6300" w:rsidRDefault="00842069">
      <w:r>
        <w:t>Radius c = 1.0 in</w:t>
      </w:r>
    </w:p>
    <w:p w:rsidR="009D6300" w:rsidRDefault="00842069">
      <w:r>
        <w:t>J = π(2^4)/32 = 1.571 in^4</w:t>
      </w:r>
    </w:p>
    <w:p w:rsidR="009D6300" w:rsidRDefault="00842069">
      <w:r>
        <w:t>τ_max = Tc/J = 18000×1/1.571 ≈ 11,458 psi ≈ 11.46 ksi</w:t>
      </w:r>
    </w:p>
    <w:p w:rsidR="009D6300" w:rsidRDefault="00842069">
      <w:r>
        <w:rPr>
          <w:b/>
        </w:rPr>
        <w:t>Final Answer</w:t>
      </w:r>
    </w:p>
    <w:p w:rsidR="009D6300" w:rsidRDefault="00842069">
      <w:r>
        <w:t>Maximum shear stress τ_max ≈ 11.46 ksi.</w:t>
      </w:r>
    </w:p>
    <w:p w:rsidR="009D6300" w:rsidRDefault="009D6300"/>
    <w:sectPr w:rsidR="009D63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42069"/>
    <w:rsid w:val="009D630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917D3A8B-11F4-4BCB-8F5F-B16910A93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3720C0-8476-4B5E-B52B-E5BBF0C9E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1236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2026-01-17T14:07:00Z</dcterms:modified>
  <cp:category/>
</cp:coreProperties>
</file>