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D15" w:rsidRDefault="00466F5C">
      <w:bookmarkStart w:id="0" w:name="_GoBack"/>
      <w:bookmarkEnd w:id="0"/>
      <w:r>
        <w:rPr>
          <w:b/>
          <w:sz w:val="26"/>
        </w:rPr>
        <w:t>Problem 1: Ideal Otto Cycle Thermal Efficiency</w:t>
      </w:r>
    </w:p>
    <w:p w:rsidR="00F13D15" w:rsidRDefault="00466F5C">
      <w:r>
        <w:rPr>
          <w:b/>
        </w:rPr>
        <w:t xml:space="preserve">Problem </w:t>
      </w:r>
      <w:r>
        <w:rPr>
          <w:b/>
        </w:rPr>
        <w:t>Statement</w:t>
      </w:r>
    </w:p>
    <w:p w:rsidR="00F13D15" w:rsidRDefault="00466F5C">
      <w:r>
        <w:t>An ideal Otto cycle has a compression ratio r = 9. The ratio of specific heats is k = 1.4. Determine the air-standard thermal efficiency.</w:t>
      </w:r>
    </w:p>
    <w:p w:rsidR="00F13D15" w:rsidRDefault="00466F5C">
      <w:r>
        <w:rPr>
          <w:b/>
        </w:rPr>
        <w:t>Solution</w:t>
      </w:r>
    </w:p>
    <w:p w:rsidR="00F13D15" w:rsidRDefault="00466F5C">
      <w:r>
        <w:t>For an ideal Otto cycle:</w:t>
      </w:r>
    </w:p>
    <w:p w:rsidR="00F13D15" w:rsidRDefault="00466F5C">
      <w:r>
        <w:t>η_th = 1 − 1/(r^(k−1))</w:t>
      </w:r>
    </w:p>
    <w:p w:rsidR="00F13D15" w:rsidRDefault="00466F5C">
      <w:r>
        <w:t>Compute r^(k−1):</w:t>
      </w:r>
    </w:p>
    <w:p w:rsidR="00F13D15" w:rsidRDefault="00466F5C">
      <w:r>
        <w:t>r^(k−1) = 9^(0.4)</w:t>
      </w:r>
    </w:p>
    <w:p w:rsidR="00F13D15" w:rsidRDefault="00466F5C">
      <w:r>
        <w:t>9^(0.4) ≈ exp(0.</w:t>
      </w:r>
      <w:r>
        <w:t>4 ln 9) = exp(0.879) ≈ 2.41</w:t>
      </w:r>
    </w:p>
    <w:p w:rsidR="00F13D15" w:rsidRDefault="00466F5C">
      <w:r>
        <w:t>Therefore:</w:t>
      </w:r>
    </w:p>
    <w:p w:rsidR="00F13D15" w:rsidRDefault="00466F5C">
      <w:r>
        <w:t>η_th = 1 − 1/2.41 = 1 − 0.415 ≈ 0.585</w:t>
      </w:r>
    </w:p>
    <w:p w:rsidR="00F13D15" w:rsidRDefault="00466F5C">
      <w:r>
        <w:rPr>
          <w:b/>
        </w:rPr>
        <w:t>Final Answer</w:t>
      </w:r>
    </w:p>
    <w:p w:rsidR="00F13D15" w:rsidRDefault="00466F5C">
      <w:r>
        <w:t>Thermal efficiency ≈ 0.585 (≈ 58.5%).</w:t>
      </w:r>
    </w:p>
    <w:p w:rsidR="00F13D15" w:rsidRDefault="00F13D15"/>
    <w:p w:rsidR="00F13D15" w:rsidRDefault="00466F5C">
      <w:r>
        <w:rPr>
          <w:b/>
          <w:sz w:val="26"/>
        </w:rPr>
        <w:t>Problem 2: Rankine Cycle (Turbine Specific Work)</w:t>
      </w:r>
    </w:p>
    <w:p w:rsidR="00F13D15" w:rsidRDefault="00466F5C">
      <w:r>
        <w:rPr>
          <w:b/>
        </w:rPr>
        <w:t>Problem Statement</w:t>
      </w:r>
    </w:p>
    <w:p w:rsidR="00F13D15" w:rsidRDefault="00466F5C">
      <w:r>
        <w:t>A simple Rankine cycle operates between 3000 psia (boiler) a</w:t>
      </w:r>
      <w:r>
        <w:t>nd 1 psia (condenser). Steam enters the turbine at 3000 psia and 1000°F and exits isentropically to 1 psia. Estimate turbine specific work output using typical steam-table values: h1 ≈ 3580 kJ/kg, s1 ≈ 6.8 kJ/kg-K; at 1 psia, h_f ≈ 191 kJ/kg, s_f ≈ 0.65 kJ</w:t>
      </w:r>
      <w:r>
        <w:t>/kg-K, h_fg ≈ 2392 kJ/kg, s_fg ≈ 7.5 kJ/kg-K.</w:t>
      </w:r>
    </w:p>
    <w:p w:rsidR="00F13D15" w:rsidRDefault="00466F5C">
      <w:r>
        <w:rPr>
          <w:b/>
        </w:rPr>
        <w:t>Solution</w:t>
      </w:r>
    </w:p>
    <w:p w:rsidR="00F13D15" w:rsidRDefault="00466F5C">
      <w:r>
        <w:t>Isentropic expansion implies s2 = s1.</w:t>
      </w:r>
    </w:p>
    <w:p w:rsidR="00F13D15" w:rsidRDefault="00466F5C">
      <w:r>
        <w:t>At 1 psia, quality x:</w:t>
      </w:r>
    </w:p>
    <w:p w:rsidR="00F13D15" w:rsidRDefault="00466F5C">
      <w:r>
        <w:t>s2 = s_f + x s_fg</w:t>
      </w:r>
    </w:p>
    <w:p w:rsidR="00F13D15" w:rsidRDefault="00466F5C">
      <w:r>
        <w:t>6.8 = 0.65 + x(7.5)</w:t>
      </w:r>
    </w:p>
    <w:p w:rsidR="00F13D15" w:rsidRDefault="00466F5C">
      <w:r>
        <w:t>6.15 = 7.5x</w:t>
      </w:r>
    </w:p>
    <w:p w:rsidR="00F13D15" w:rsidRDefault="00466F5C">
      <w:r>
        <w:lastRenderedPageBreak/>
        <w:t>x ≈ 0.82</w:t>
      </w:r>
    </w:p>
    <w:p w:rsidR="00F13D15" w:rsidRDefault="00466F5C">
      <w:r>
        <w:t>Enthalpy at exit:</w:t>
      </w:r>
    </w:p>
    <w:p w:rsidR="00F13D15" w:rsidRDefault="00466F5C">
      <w:r>
        <w:t>h2 = h_f + x h_fg</w:t>
      </w:r>
    </w:p>
    <w:p w:rsidR="00F13D15" w:rsidRDefault="00466F5C">
      <w:r>
        <w:t>h2 = 191 + 0.82(2392)</w:t>
      </w:r>
    </w:p>
    <w:p w:rsidR="00F13D15" w:rsidRDefault="00466F5C">
      <w:r>
        <w:t>0.82×2392 ≈ 1961</w:t>
      </w:r>
    </w:p>
    <w:p w:rsidR="00F13D15" w:rsidRDefault="00466F5C">
      <w:r>
        <w:t xml:space="preserve">h2 ≈ </w:t>
      </w:r>
      <w:r>
        <w:t>2152 kJ/kg</w:t>
      </w:r>
    </w:p>
    <w:p w:rsidR="00F13D15" w:rsidRDefault="00466F5C">
      <w:r>
        <w:t>Turbine specific work:</w:t>
      </w:r>
    </w:p>
    <w:p w:rsidR="00F13D15" w:rsidRDefault="00466F5C">
      <w:r>
        <w:t>w_t = h1 − h2 = 3580 − 2152 = 1428 kJ/kg</w:t>
      </w:r>
    </w:p>
    <w:p w:rsidR="00F13D15" w:rsidRDefault="00466F5C">
      <w:r>
        <w:rPr>
          <w:b/>
        </w:rPr>
        <w:t>Final Answer</w:t>
      </w:r>
    </w:p>
    <w:p w:rsidR="00F13D15" w:rsidRDefault="00466F5C">
      <w:r>
        <w:t>Turbine specific work output ≈ 1428 kJ/kg.</w:t>
      </w:r>
    </w:p>
    <w:p w:rsidR="00F13D15" w:rsidRDefault="00F13D15"/>
    <w:p w:rsidR="00F13D15" w:rsidRDefault="00466F5C">
      <w:r>
        <w:rPr>
          <w:b/>
          <w:sz w:val="26"/>
        </w:rPr>
        <w:t>Problem 3: Heat Exchanger Effectiveness (Counterflow)</w:t>
      </w:r>
    </w:p>
    <w:p w:rsidR="00F13D15" w:rsidRDefault="00466F5C">
      <w:r>
        <w:rPr>
          <w:b/>
        </w:rPr>
        <w:t>Problem Statement</w:t>
      </w:r>
    </w:p>
    <w:p w:rsidR="00F13D15" w:rsidRDefault="00466F5C">
      <w:r>
        <w:t>In a counterflow heat exchanger, hot water enters at</w:t>
      </w:r>
      <w:r>
        <w:t xml:space="preserve"> 180°F and leaves at 120°F with mass flow rate 2 lbm/s. Cold water enters at 70°F with mass flow rate 3 lbm/s. Take cp = 1.0 Btu/lbm-°F for both streams. Find effectiveness ε.</w:t>
      </w:r>
    </w:p>
    <w:p w:rsidR="00F13D15" w:rsidRDefault="00466F5C">
      <w:r>
        <w:rPr>
          <w:b/>
        </w:rPr>
        <w:t>Solution</w:t>
      </w:r>
    </w:p>
    <w:p w:rsidR="00F13D15" w:rsidRDefault="00466F5C">
      <w:r>
        <w:t>Heat transfer rate:</w:t>
      </w:r>
    </w:p>
    <w:p w:rsidR="00F13D15" w:rsidRDefault="00466F5C">
      <w:r>
        <w:t>Q = m_h cp (T_h,in − T_h,out)</w:t>
      </w:r>
    </w:p>
    <w:p w:rsidR="00F13D15" w:rsidRDefault="00466F5C">
      <w:r>
        <w:t>Q = 2×1×(180−120) = 1</w:t>
      </w:r>
      <w:r>
        <w:t>20 Btu/s</w:t>
      </w:r>
    </w:p>
    <w:p w:rsidR="00F13D15" w:rsidRDefault="00466F5C">
      <w:r>
        <w:t>Capacity rates:</w:t>
      </w:r>
    </w:p>
    <w:p w:rsidR="00F13D15" w:rsidRDefault="00466F5C">
      <w:r>
        <w:t>C_h = 2 Btu/s-°F, C_c = 3 Btu/s-°F</w:t>
      </w:r>
    </w:p>
    <w:p w:rsidR="00F13D15" w:rsidRDefault="00466F5C">
      <w:r>
        <w:t>C_min = 2 Btu/s-°F</w:t>
      </w:r>
    </w:p>
    <w:p w:rsidR="00F13D15" w:rsidRDefault="00466F5C">
      <w:r>
        <w:t>Maximum possible heat transfer:</w:t>
      </w:r>
    </w:p>
    <w:p w:rsidR="00F13D15" w:rsidRDefault="00466F5C">
      <w:r>
        <w:t>Q_max = C_min (T_h,in − T_c,in) = 2×(180−70)=220 Btu/s</w:t>
      </w:r>
    </w:p>
    <w:p w:rsidR="00F13D15" w:rsidRDefault="00466F5C">
      <w:r>
        <w:t>Effectiveness:</w:t>
      </w:r>
    </w:p>
    <w:p w:rsidR="00F13D15" w:rsidRDefault="00466F5C">
      <w:r>
        <w:t>ε = Q/Q_max = 120/220 = 0.545</w:t>
      </w:r>
    </w:p>
    <w:p w:rsidR="00F13D15" w:rsidRDefault="00466F5C">
      <w:r>
        <w:rPr>
          <w:b/>
        </w:rPr>
        <w:lastRenderedPageBreak/>
        <w:t>Final Answer</w:t>
      </w:r>
    </w:p>
    <w:p w:rsidR="00F13D15" w:rsidRDefault="00466F5C">
      <w:r>
        <w:t xml:space="preserve">Effectiveness ε ≈ 0.545 (≈ </w:t>
      </w:r>
      <w:r>
        <w:t>54.5%).</w:t>
      </w:r>
    </w:p>
    <w:p w:rsidR="00F13D15" w:rsidRDefault="00F13D15"/>
    <w:sectPr w:rsidR="00F13D1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000ED"/>
    <w:rsid w:val="00326F90"/>
    <w:rsid w:val="00466F5C"/>
    <w:rsid w:val="00AA1D8D"/>
    <w:rsid w:val="00B47730"/>
    <w:rsid w:val="00CB0664"/>
    <w:rsid w:val="00F13D1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D5BFBB87-0510-4FAA-A70F-905CAB10D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9458145-8EDA-4CC3-806E-A87643F15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1846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3</cp:revision>
  <dcterms:created xsi:type="dcterms:W3CDTF">2013-12-23T23:15:00Z</dcterms:created>
  <dcterms:modified xsi:type="dcterms:W3CDTF">2026-01-17T14:07:00Z</dcterms:modified>
  <cp:category/>
</cp:coreProperties>
</file>