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2E7" w:rsidRDefault="00ED74FB">
      <w:bookmarkStart w:id="0" w:name="_GoBack"/>
      <w:bookmarkEnd w:id="0"/>
      <w:r>
        <w:rPr>
          <w:b/>
          <w:sz w:val="26"/>
        </w:rPr>
        <w:t xml:space="preserve">Problem 1: Boolean Simplification (K-map </w:t>
      </w:r>
      <w:r>
        <w:rPr>
          <w:b/>
          <w:sz w:val="26"/>
        </w:rPr>
        <w:t>Result)</w:t>
      </w:r>
    </w:p>
    <w:p w:rsidR="006612E7" w:rsidRDefault="00ED74FB">
      <w:r>
        <w:rPr>
          <w:b/>
        </w:rPr>
        <w:t>Problem Statement</w:t>
      </w:r>
    </w:p>
    <w:p w:rsidR="006612E7" w:rsidRDefault="00ED74FB">
      <w:r>
        <w:t>Simplify the Boolean expression: F = A'B + AB. Provide the simplified output.</w:t>
      </w:r>
    </w:p>
    <w:p w:rsidR="006612E7" w:rsidRDefault="00ED74FB">
      <w:r>
        <w:rPr>
          <w:b/>
        </w:rPr>
        <w:t>Solution</w:t>
      </w:r>
    </w:p>
    <w:p w:rsidR="006612E7" w:rsidRDefault="00ED74FB">
      <w:r>
        <w:t>Factor B:</w:t>
      </w:r>
    </w:p>
    <w:p w:rsidR="006612E7" w:rsidRDefault="00ED74FB">
      <w:r>
        <w:t>F = B(A' + A)</w:t>
      </w:r>
    </w:p>
    <w:p w:rsidR="006612E7" w:rsidRDefault="00ED74FB">
      <w:r>
        <w:t>Since (A' + A) = 1:</w:t>
      </w:r>
    </w:p>
    <w:p w:rsidR="006612E7" w:rsidRDefault="00ED74FB">
      <w:r>
        <w:t>F = B</w:t>
      </w:r>
    </w:p>
    <w:p w:rsidR="006612E7" w:rsidRDefault="00ED74FB">
      <w:r>
        <w:rPr>
          <w:b/>
        </w:rPr>
        <w:t>Final Answer</w:t>
      </w:r>
    </w:p>
    <w:p w:rsidR="006612E7" w:rsidRDefault="00ED74FB">
      <w:r>
        <w:t>Simplified expression: F = B.</w:t>
      </w:r>
    </w:p>
    <w:p w:rsidR="006612E7" w:rsidRDefault="006612E7"/>
    <w:p w:rsidR="006612E7" w:rsidRDefault="00ED74FB">
      <w:r>
        <w:rPr>
          <w:b/>
          <w:sz w:val="26"/>
        </w:rPr>
        <w:t>Problem 2: Nyquist Sampling Rate</w:t>
      </w:r>
    </w:p>
    <w:p w:rsidR="006612E7" w:rsidRDefault="00ED74FB">
      <w:r>
        <w:rPr>
          <w:b/>
        </w:rPr>
        <w:t>Problem Statemen</w:t>
      </w:r>
      <w:r>
        <w:rPr>
          <w:b/>
        </w:rPr>
        <w:t>t</w:t>
      </w:r>
    </w:p>
    <w:p w:rsidR="006612E7" w:rsidRDefault="00ED74FB">
      <w:r>
        <w:t>A signal contains frequency components up to 5 kHz. Determine the minimum sampling rate to avoid aliasing.</w:t>
      </w:r>
    </w:p>
    <w:p w:rsidR="006612E7" w:rsidRDefault="00ED74FB">
      <w:r>
        <w:rPr>
          <w:b/>
        </w:rPr>
        <w:t>Solution</w:t>
      </w:r>
    </w:p>
    <w:p w:rsidR="006612E7" w:rsidRDefault="00ED74FB">
      <w:r>
        <w:t>Nyquist sampling theorem:</w:t>
      </w:r>
    </w:p>
    <w:p w:rsidR="006612E7" w:rsidRDefault="00ED74FB">
      <w:r>
        <w:t>fs ≥ 2 fmax</w:t>
      </w:r>
    </w:p>
    <w:p w:rsidR="006612E7" w:rsidRDefault="00ED74FB">
      <w:r>
        <w:t>fs ≥ 2×5 kHz = 10 kHz</w:t>
      </w:r>
    </w:p>
    <w:p w:rsidR="006612E7" w:rsidRDefault="00ED74FB">
      <w:r>
        <w:rPr>
          <w:b/>
        </w:rPr>
        <w:t>Final Answer</w:t>
      </w:r>
    </w:p>
    <w:p w:rsidR="006612E7" w:rsidRDefault="00ED74FB">
      <w:r>
        <w:t>Minimum sampling rate = 10 kHz.</w:t>
      </w:r>
    </w:p>
    <w:p w:rsidR="006612E7" w:rsidRDefault="006612E7"/>
    <w:p w:rsidR="006612E7" w:rsidRDefault="00ED74FB">
      <w:r>
        <w:rPr>
          <w:b/>
          <w:sz w:val="26"/>
        </w:rPr>
        <w:t>Problem 3: Magnetic Flux Density</w:t>
      </w:r>
      <w:r>
        <w:rPr>
          <w:b/>
          <w:sz w:val="26"/>
        </w:rPr>
        <w:t xml:space="preserve"> in a Solenoid</w:t>
      </w:r>
    </w:p>
    <w:p w:rsidR="006612E7" w:rsidRDefault="00ED74FB">
      <w:r>
        <w:rPr>
          <w:b/>
        </w:rPr>
        <w:t>Problem Statement</w:t>
      </w:r>
    </w:p>
    <w:p w:rsidR="006612E7" w:rsidRDefault="00ED74FB">
      <w:r>
        <w:t>An air-core solenoid has N = 500 turns, length l = 0.25 m, and current I = 2 A. Find magnetic flux density B. Use B = μ0 (N/l) I, where μ0 = 4π×10^−7 H/m.</w:t>
      </w:r>
    </w:p>
    <w:p w:rsidR="006612E7" w:rsidRDefault="00ED74FB">
      <w:r>
        <w:rPr>
          <w:b/>
        </w:rPr>
        <w:t>Solution</w:t>
      </w:r>
    </w:p>
    <w:p w:rsidR="006612E7" w:rsidRDefault="00ED74FB">
      <w:r>
        <w:lastRenderedPageBreak/>
        <w:t>Turns per meter:</w:t>
      </w:r>
    </w:p>
    <w:p w:rsidR="006612E7" w:rsidRDefault="00ED74FB">
      <w:r>
        <w:t>N/l = 500/0.25 = 2000 turns/m</w:t>
      </w:r>
    </w:p>
    <w:p w:rsidR="006612E7" w:rsidRDefault="00ED74FB">
      <w:r>
        <w:t>B = μ0 (N/l)</w:t>
      </w:r>
      <w:r>
        <w:t xml:space="preserve"> I = (4π×10^−7)×2000×2</w:t>
      </w:r>
    </w:p>
    <w:p w:rsidR="006612E7" w:rsidRDefault="00ED74FB">
      <w:r>
        <w:t>= 4π×10^−7×4000</w:t>
      </w:r>
    </w:p>
    <w:p w:rsidR="006612E7" w:rsidRDefault="00ED74FB">
      <w:r>
        <w:t>= 16,000π×10^−7</w:t>
      </w:r>
    </w:p>
    <w:p w:rsidR="006612E7" w:rsidRDefault="00ED74FB">
      <w:r>
        <w:t>≈ 5.03×10^−3 T</w:t>
      </w:r>
    </w:p>
    <w:p w:rsidR="006612E7" w:rsidRDefault="00ED74FB">
      <w:r>
        <w:rPr>
          <w:b/>
        </w:rPr>
        <w:t>Final Answer</w:t>
      </w:r>
    </w:p>
    <w:p w:rsidR="006612E7" w:rsidRDefault="00ED74FB">
      <w:r>
        <w:t>B ≈ 5.0×10^−3 Tesla (≈ 5 mT).</w:t>
      </w:r>
    </w:p>
    <w:p w:rsidR="006612E7" w:rsidRDefault="006612E7"/>
    <w:sectPr w:rsidR="006612E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612E7"/>
    <w:rsid w:val="00AA1D8D"/>
    <w:rsid w:val="00B47730"/>
    <w:rsid w:val="00CB0664"/>
    <w:rsid w:val="00ED74F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99617B27-84BB-419F-A72F-37FDF4E41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6EB0EF-F8E1-47E7-919D-2FC6FE61F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922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2026-01-17T14:29:00Z</dcterms:modified>
  <cp:category/>
</cp:coreProperties>
</file>