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1D3C" w:rsidRDefault="00482AED">
      <w:bookmarkStart w:id="0" w:name="_GoBack"/>
      <w:bookmarkEnd w:id="0"/>
      <w:r>
        <w:rPr>
          <w:b/>
          <w:sz w:val="26"/>
        </w:rPr>
        <w:t xml:space="preserve">Problem 1: Buck Converter Duty </w:t>
      </w:r>
      <w:r>
        <w:rPr>
          <w:b/>
          <w:sz w:val="26"/>
        </w:rPr>
        <w:t>Cycle</w:t>
      </w:r>
    </w:p>
    <w:p w:rsidR="009F1D3C" w:rsidRDefault="00482AED">
      <w:r>
        <w:rPr>
          <w:b/>
        </w:rPr>
        <w:t>Problem Statement</w:t>
      </w:r>
    </w:p>
    <w:p w:rsidR="009F1D3C" w:rsidRDefault="00482AED">
      <w:r>
        <w:t>A buck converter steps down 24 V DC to 12 V DC (ideal case). Find duty cycle D.</w:t>
      </w:r>
    </w:p>
    <w:p w:rsidR="009F1D3C" w:rsidRDefault="00482AED">
      <w:r>
        <w:rPr>
          <w:b/>
        </w:rPr>
        <w:t>Solution</w:t>
      </w:r>
    </w:p>
    <w:p w:rsidR="009F1D3C" w:rsidRDefault="00482AED">
      <w:r>
        <w:t>For an ideal buck converter:</w:t>
      </w:r>
    </w:p>
    <w:p w:rsidR="009F1D3C" w:rsidRDefault="00482AED">
      <w:r>
        <w:t>Vout = D Vin</w:t>
      </w:r>
    </w:p>
    <w:p w:rsidR="009F1D3C" w:rsidRDefault="00482AED">
      <w:r>
        <w:t>D = Vout/Vin = 12/24 = 0.5</w:t>
      </w:r>
    </w:p>
    <w:p w:rsidR="009F1D3C" w:rsidRDefault="00482AED">
      <w:r>
        <w:rPr>
          <w:b/>
        </w:rPr>
        <w:t>Final Answer</w:t>
      </w:r>
    </w:p>
    <w:p w:rsidR="009F1D3C" w:rsidRDefault="00482AED">
      <w:r>
        <w:t>Duty cycle D = 0.5 (50%).</w:t>
      </w:r>
    </w:p>
    <w:p w:rsidR="009F1D3C" w:rsidRDefault="009F1D3C"/>
    <w:p w:rsidR="009F1D3C" w:rsidRDefault="00482AED">
      <w:r>
        <w:rPr>
          <w:b/>
          <w:sz w:val="26"/>
        </w:rPr>
        <w:t>Problem 2: Induction Motor Slip</w:t>
      </w:r>
    </w:p>
    <w:p w:rsidR="009F1D3C" w:rsidRDefault="00482AED">
      <w:r>
        <w:rPr>
          <w:b/>
        </w:rPr>
        <w:t>Pr</w:t>
      </w:r>
      <w:r>
        <w:rPr>
          <w:b/>
        </w:rPr>
        <w:t>oblem Statement</w:t>
      </w:r>
    </w:p>
    <w:p w:rsidR="009F1D3C" w:rsidRDefault="00482AED">
      <w:r>
        <w:t>A 4-pole induction motor is supplied by 60 Hz power and runs at 1725 rpm. Find synchronous speed and slip.</w:t>
      </w:r>
    </w:p>
    <w:p w:rsidR="009F1D3C" w:rsidRDefault="00482AED">
      <w:r>
        <w:rPr>
          <w:b/>
        </w:rPr>
        <w:t>Solution</w:t>
      </w:r>
    </w:p>
    <w:p w:rsidR="009F1D3C" w:rsidRDefault="00482AED">
      <w:r>
        <w:t>Synchronous speed:</w:t>
      </w:r>
    </w:p>
    <w:p w:rsidR="009F1D3C" w:rsidRDefault="00482AED">
      <w:r>
        <w:t>Ns = 120f/P = 120×60/4 = 1800 rpm</w:t>
      </w:r>
    </w:p>
    <w:p w:rsidR="009F1D3C" w:rsidRDefault="00482AED">
      <w:r>
        <w:t>Slip:</w:t>
      </w:r>
    </w:p>
    <w:p w:rsidR="009F1D3C" w:rsidRDefault="00482AED">
      <w:r>
        <w:t>s = (Ns − Nr)/Ns = (1800 − 1725)/1800</w:t>
      </w:r>
    </w:p>
    <w:p w:rsidR="009F1D3C" w:rsidRDefault="00482AED">
      <w:r>
        <w:t>s = 75/1800 = 0.0417 = 4.17</w:t>
      </w:r>
      <w:r>
        <w:t>%</w:t>
      </w:r>
    </w:p>
    <w:p w:rsidR="009F1D3C" w:rsidRDefault="00482AED">
      <w:r>
        <w:rPr>
          <w:b/>
        </w:rPr>
        <w:t>Final Answer</w:t>
      </w:r>
    </w:p>
    <w:p w:rsidR="009F1D3C" w:rsidRDefault="00482AED">
      <w:r>
        <w:t>Ns = 1800 rpm and slip ≈ 4.17%.</w:t>
      </w:r>
    </w:p>
    <w:p w:rsidR="009F1D3C" w:rsidRDefault="009F1D3C"/>
    <w:p w:rsidR="009F1D3C" w:rsidRDefault="00482AED">
      <w:r>
        <w:rPr>
          <w:b/>
          <w:sz w:val="26"/>
        </w:rPr>
        <w:t>Problem 3: Three-Phase Rectifier (Average DC Output Voltage)</w:t>
      </w:r>
    </w:p>
    <w:p w:rsidR="009F1D3C" w:rsidRDefault="00482AED">
      <w:r>
        <w:rPr>
          <w:b/>
        </w:rPr>
        <w:t>Problem Statement</w:t>
      </w:r>
    </w:p>
    <w:p w:rsidR="009F1D3C" w:rsidRDefault="00482AED">
      <w:r>
        <w:t xml:space="preserve">A 3-phase, 6-pulse diode bridge rectifier is supplied from a 400 V (line-line rms) source. Estimate average DC output voltage </w:t>
      </w:r>
      <w:r>
        <w:t>Vdc. Use Vdc ≈ 1.35 VLL.</w:t>
      </w:r>
    </w:p>
    <w:p w:rsidR="009F1D3C" w:rsidRDefault="00482AED">
      <w:r>
        <w:rPr>
          <w:b/>
        </w:rPr>
        <w:lastRenderedPageBreak/>
        <w:t>Solution</w:t>
      </w:r>
    </w:p>
    <w:p w:rsidR="009F1D3C" w:rsidRDefault="00482AED">
      <w:r>
        <w:t>Vdc ≈ 1.35 VLL</w:t>
      </w:r>
    </w:p>
    <w:p w:rsidR="009F1D3C" w:rsidRDefault="00482AED">
      <w:r>
        <w:t>Vdc ≈ 1.35×400 = 540 V</w:t>
      </w:r>
    </w:p>
    <w:p w:rsidR="009F1D3C" w:rsidRDefault="00482AED">
      <w:r>
        <w:rPr>
          <w:b/>
        </w:rPr>
        <w:t>Final Answer</w:t>
      </w:r>
    </w:p>
    <w:p w:rsidR="009F1D3C" w:rsidRDefault="00482AED">
      <w:r>
        <w:t>Average DC output voltage ≈ 540 V.</w:t>
      </w:r>
    </w:p>
    <w:p w:rsidR="009F1D3C" w:rsidRDefault="009F1D3C"/>
    <w:sectPr w:rsidR="009F1D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82AED"/>
    <w:rsid w:val="009F1D3C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28A49EF6-D4C2-4301-B0F0-10D0E9E3D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4116B95-8932-4A87-AC1F-075CBA2305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136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916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Microsoft account</cp:lastModifiedBy>
  <cp:revision>3</cp:revision>
  <dcterms:created xsi:type="dcterms:W3CDTF">2013-12-23T23:15:00Z</dcterms:created>
  <dcterms:modified xsi:type="dcterms:W3CDTF">2026-01-17T14:28:00Z</dcterms:modified>
  <cp:category/>
</cp:coreProperties>
</file>