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339" w:rsidRDefault="00B25F42">
      <w:bookmarkStart w:id="0" w:name="_GoBack"/>
      <w:bookmarkEnd w:id="0"/>
      <w:r>
        <w:rPr>
          <w:b/>
          <w:sz w:val="26"/>
        </w:rPr>
        <w:t>Problem 1: Transfer Function of RLC Circuit</w:t>
      </w:r>
    </w:p>
    <w:p w:rsidR="004A3339" w:rsidRDefault="00B25F42">
      <w:r>
        <w:rPr>
          <w:b/>
        </w:rPr>
        <w:t>Problem Statement</w:t>
      </w:r>
    </w:p>
    <w:p w:rsidR="004A3339" w:rsidRDefault="00B25F42">
      <w:r>
        <w:t>For a series RLC circuit with output taken across the capacitor, derive the transfer function H(s)=Vc(s)/Vin(s).</w:t>
      </w:r>
    </w:p>
    <w:p w:rsidR="004A3339" w:rsidRDefault="00B25F42">
      <w:r>
        <w:rPr>
          <w:b/>
        </w:rPr>
        <w:t>Solution</w:t>
      </w:r>
    </w:p>
    <w:p w:rsidR="004A3339" w:rsidRDefault="00B25F42">
      <w:r>
        <w:t>Impedances in s-domain:</w:t>
      </w:r>
    </w:p>
    <w:p w:rsidR="004A3339" w:rsidRDefault="00B25F42">
      <w:r>
        <w:t>Z_R = R, Z_L = sL, Z_C = 1/(sC)</w:t>
      </w:r>
    </w:p>
    <w:p w:rsidR="004A3339" w:rsidRDefault="00B25F42">
      <w:r>
        <w:t>Total series impedance:</w:t>
      </w:r>
    </w:p>
    <w:p w:rsidR="004A3339" w:rsidRDefault="00B25F42">
      <w:r>
        <w:t>Z_total = R + sL + 1/(sC)</w:t>
      </w:r>
    </w:p>
    <w:p w:rsidR="004A3339" w:rsidRDefault="00B25F42">
      <w:r>
        <w:t>Voltage di</w:t>
      </w:r>
      <w:r>
        <w:t>vider across capacitor:</w:t>
      </w:r>
    </w:p>
    <w:p w:rsidR="004A3339" w:rsidRDefault="00B25F42">
      <w:r>
        <w:t>H(s) = Z_C / Z_total</w:t>
      </w:r>
    </w:p>
    <w:p w:rsidR="004A3339" w:rsidRDefault="00B25F42">
      <w:r>
        <w:t>H(s) = (1/(sC)) / (R + sL + 1/(sC))</w:t>
      </w:r>
    </w:p>
    <w:p w:rsidR="004A3339" w:rsidRDefault="00B25F42">
      <w:r>
        <w:t>Multiply numerator and denominator by sC:</w:t>
      </w:r>
    </w:p>
    <w:p w:rsidR="004A3339" w:rsidRDefault="00B25F42">
      <w:r>
        <w:t>H(s) = 1 / (sCR + s^2LC + 1)</w:t>
      </w:r>
    </w:p>
    <w:p w:rsidR="004A3339" w:rsidRDefault="00B25F42">
      <w:r>
        <w:t>Therefore:</w:t>
      </w:r>
    </w:p>
    <w:p w:rsidR="004A3339" w:rsidRDefault="00B25F42">
      <w:r>
        <w:t>H(s) = 1 / (LC s^2 + RC s + 1)</w:t>
      </w:r>
    </w:p>
    <w:p w:rsidR="004A3339" w:rsidRDefault="00B25F42">
      <w:r>
        <w:rPr>
          <w:b/>
        </w:rPr>
        <w:t>Final Answer</w:t>
      </w:r>
    </w:p>
    <w:p w:rsidR="004A3339" w:rsidRDefault="00B25F42">
      <w:r>
        <w:t>H(s) = 1 / (LC s^2 + RC s + 1).</w:t>
      </w:r>
    </w:p>
    <w:p w:rsidR="004A3339" w:rsidRDefault="004A3339"/>
    <w:p w:rsidR="004A3339" w:rsidRDefault="00B25F42">
      <w:r>
        <w:rPr>
          <w:b/>
          <w:sz w:val="26"/>
        </w:rPr>
        <w:t>Problem 2: Stead</w:t>
      </w:r>
      <w:r>
        <w:rPr>
          <w:b/>
          <w:sz w:val="26"/>
        </w:rPr>
        <w:t>y-State Error (Type-1 System)</w:t>
      </w:r>
    </w:p>
    <w:p w:rsidR="004A3339" w:rsidRDefault="00B25F42">
      <w:r>
        <w:rPr>
          <w:b/>
        </w:rPr>
        <w:t>Problem Statement</w:t>
      </w:r>
    </w:p>
    <w:p w:rsidR="004A3339" w:rsidRDefault="00B25F42">
      <w:r>
        <w:t>A unity-feedback system has open-loop transfer function G(s)=K/(s(s+5)). Find K so that the steady-state error for a unit ramp input is ess = 0.1.</w:t>
      </w:r>
    </w:p>
    <w:p w:rsidR="004A3339" w:rsidRDefault="00B25F42">
      <w:r>
        <w:rPr>
          <w:b/>
        </w:rPr>
        <w:t>Solution</w:t>
      </w:r>
    </w:p>
    <w:p w:rsidR="004A3339" w:rsidRDefault="00B25F42">
      <w:r>
        <w:t>For unity feedback, velocity error constant Kv:</w:t>
      </w:r>
    </w:p>
    <w:p w:rsidR="004A3339" w:rsidRDefault="00B25F42">
      <w:r>
        <w:t>Kv =</w:t>
      </w:r>
      <w:r>
        <w:t xml:space="preserve"> lim(s→0) sG(s) = lim(s→0) s×K/(s(s+5)) = K/5</w:t>
      </w:r>
    </w:p>
    <w:p w:rsidR="004A3339" w:rsidRDefault="00B25F42">
      <w:r>
        <w:t>For a ramp input:</w:t>
      </w:r>
    </w:p>
    <w:p w:rsidR="004A3339" w:rsidRDefault="00B25F42">
      <w:r>
        <w:lastRenderedPageBreak/>
        <w:t>ess = 1/Kv</w:t>
      </w:r>
    </w:p>
    <w:p w:rsidR="004A3339" w:rsidRDefault="00B25F42">
      <w:r>
        <w:t>Given ess = 0.1:</w:t>
      </w:r>
    </w:p>
    <w:p w:rsidR="004A3339" w:rsidRDefault="00B25F42">
      <w:r>
        <w:t>0.1 = 1/(K/5) = 5/K</w:t>
      </w:r>
    </w:p>
    <w:p w:rsidR="004A3339" w:rsidRDefault="00B25F42">
      <w:r>
        <w:t>So K = 50</w:t>
      </w:r>
    </w:p>
    <w:p w:rsidR="004A3339" w:rsidRDefault="00B25F42">
      <w:r>
        <w:rPr>
          <w:b/>
        </w:rPr>
        <w:t>Final Answer</w:t>
      </w:r>
    </w:p>
    <w:p w:rsidR="004A3339" w:rsidRDefault="00B25F42">
      <w:r>
        <w:t>Required gain K = 50.</w:t>
      </w:r>
    </w:p>
    <w:p w:rsidR="004A3339" w:rsidRDefault="004A3339"/>
    <w:p w:rsidR="004A3339" w:rsidRDefault="00B25F42">
      <w:r>
        <w:rPr>
          <w:b/>
          <w:sz w:val="26"/>
        </w:rPr>
        <w:t>Problem 3: Fourier Series Coefficient (Square Wave)</w:t>
      </w:r>
    </w:p>
    <w:p w:rsidR="004A3339" w:rsidRDefault="00B25F42">
      <w:r>
        <w:rPr>
          <w:b/>
        </w:rPr>
        <w:t>Problem Statement</w:t>
      </w:r>
    </w:p>
    <w:p w:rsidR="004A3339" w:rsidRDefault="00B25F42">
      <w:r>
        <w:t>A 50% duty cycle square wave</w:t>
      </w:r>
      <w:r>
        <w:t xml:space="preserve"> has amplitude ±1 with period T. Write the Fourier series (only non-zero terms) for this waveform.</w:t>
      </w:r>
    </w:p>
    <w:p w:rsidR="004A3339" w:rsidRDefault="00B25F42">
      <w:r>
        <w:rPr>
          <w:b/>
        </w:rPr>
        <w:t>Solution</w:t>
      </w:r>
    </w:p>
    <w:p w:rsidR="004A3339" w:rsidRDefault="00B25F42">
      <w:r>
        <w:t>A symmetric square wave with amplitude ±1 has zero DC component and only odd harmonics:</w:t>
      </w:r>
    </w:p>
    <w:p w:rsidR="004A3339" w:rsidRDefault="00B25F42">
      <w:r>
        <w:t>The sine-series form:</w:t>
      </w:r>
    </w:p>
    <w:p w:rsidR="004A3339" w:rsidRDefault="00B25F42">
      <w:r>
        <w:t>x(t) = (4/π)[sin(ωt) + (1/3)sin(3ωt) +</w:t>
      </w:r>
      <w:r>
        <w:t xml:space="preserve"> (1/5)sin(5ωt) + ...]</w:t>
      </w:r>
    </w:p>
    <w:p w:rsidR="004A3339" w:rsidRDefault="00B25F42">
      <w:r>
        <w:t>where ω = 2π/T</w:t>
      </w:r>
    </w:p>
    <w:p w:rsidR="004A3339" w:rsidRDefault="00B25F42">
      <w:r>
        <w:t>Even harmonics are zero due to half-wave symmetry.</w:t>
      </w:r>
    </w:p>
    <w:p w:rsidR="004A3339" w:rsidRDefault="00B25F42">
      <w:r>
        <w:rPr>
          <w:b/>
        </w:rPr>
        <w:t>Final Answer</w:t>
      </w:r>
    </w:p>
    <w:p w:rsidR="004A3339" w:rsidRDefault="00B25F42">
      <w:r>
        <w:t>x(t) = (4/π) Σ_{n=1,3,5...} (1/n) sin(nωt), ω=2π/T.</w:t>
      </w:r>
    </w:p>
    <w:p w:rsidR="004A3339" w:rsidRDefault="004A3339"/>
    <w:sectPr w:rsidR="004A333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A3339"/>
    <w:rsid w:val="00AA1D8D"/>
    <w:rsid w:val="00B25F42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2E36422A-F422-4378-8DDA-513D90E9F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C80E288-DD1E-44AE-ABE6-806270008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3</cp:revision>
  <dcterms:created xsi:type="dcterms:W3CDTF">2013-12-23T23:15:00Z</dcterms:created>
  <dcterms:modified xsi:type="dcterms:W3CDTF">2026-01-17T14:29:00Z</dcterms:modified>
  <cp:category/>
</cp:coreProperties>
</file>