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58D" w:rsidRDefault="0063759D">
      <w:bookmarkStart w:id="0" w:name="_GoBack"/>
      <w:bookmarkEnd w:id="0"/>
      <w:r>
        <w:rPr>
          <w:b/>
          <w:sz w:val="26"/>
        </w:rPr>
        <w:t>Problem 1: Impedance of Series RLC</w:t>
      </w:r>
    </w:p>
    <w:p w:rsidR="0029558D" w:rsidRDefault="0063759D">
      <w:r>
        <w:rPr>
          <w:b/>
        </w:rPr>
        <w:t>Problem Statement</w:t>
      </w:r>
    </w:p>
    <w:p w:rsidR="0029558D" w:rsidRDefault="0063759D">
      <w:r>
        <w:t xml:space="preserve">A series </w:t>
      </w:r>
      <w:r>
        <w:t>circuit has R = 10 Ω, L = 50 mH, C = 100 µF operating at f = 60 Hz. Find the impedance magnitude |Z|.</w:t>
      </w:r>
    </w:p>
    <w:p w:rsidR="0029558D" w:rsidRDefault="0063759D">
      <w:r>
        <w:rPr>
          <w:b/>
        </w:rPr>
        <w:t>Solution</w:t>
      </w:r>
    </w:p>
    <w:p w:rsidR="0029558D" w:rsidRDefault="0063759D">
      <w:r>
        <w:t>Angular frequency:</w:t>
      </w:r>
    </w:p>
    <w:p w:rsidR="0029558D" w:rsidRDefault="0063759D">
      <w:r>
        <w:t>ω = 2πf = 2π×60 = 377 rad/s</w:t>
      </w:r>
    </w:p>
    <w:p w:rsidR="0029558D" w:rsidRDefault="0063759D">
      <w:r>
        <w:t>Inductive reactance:</w:t>
      </w:r>
    </w:p>
    <w:p w:rsidR="0029558D" w:rsidRDefault="0063759D">
      <w:r>
        <w:t>XL = ωL = 377×0.05 = 18.85 Ω</w:t>
      </w:r>
    </w:p>
    <w:p w:rsidR="0029558D" w:rsidRDefault="0063759D">
      <w:r>
        <w:t>Capacitive reactance:</w:t>
      </w:r>
    </w:p>
    <w:p w:rsidR="0029558D" w:rsidRDefault="0063759D">
      <w:r>
        <w:t>XC = 1/(ωC) = 1/(377×100×1</w:t>
      </w:r>
      <w:r>
        <w:t>0^−6)=1/0.0377=26.53 Ω</w:t>
      </w:r>
    </w:p>
    <w:p w:rsidR="0029558D" w:rsidRDefault="0063759D">
      <w:r>
        <w:t>Net reactance:</w:t>
      </w:r>
    </w:p>
    <w:p w:rsidR="0029558D" w:rsidRDefault="0063759D">
      <w:r>
        <w:t>X = XL − XC = 18.85 − 26.53 = −7.68 Ω</w:t>
      </w:r>
    </w:p>
    <w:p w:rsidR="0029558D" w:rsidRDefault="0063759D">
      <w:r>
        <w:t>Impedance magnitude:</w:t>
      </w:r>
    </w:p>
    <w:p w:rsidR="0029558D" w:rsidRDefault="0063759D">
      <w:r>
        <w:t>|Z| = √(R^2 + X^2) = √(10^2 + 7.68^2)</w:t>
      </w:r>
    </w:p>
    <w:p w:rsidR="0029558D" w:rsidRDefault="0063759D">
      <w:r>
        <w:t>= √(100 + 59.0) = √159.0 = 12.61 Ω</w:t>
      </w:r>
    </w:p>
    <w:p w:rsidR="0029558D" w:rsidRDefault="0063759D">
      <w:r>
        <w:rPr>
          <w:b/>
        </w:rPr>
        <w:t>Final Answer</w:t>
      </w:r>
    </w:p>
    <w:p w:rsidR="0029558D" w:rsidRDefault="0063759D">
      <w:r>
        <w:t>|Z| ≈ 12.6 Ω.</w:t>
      </w:r>
    </w:p>
    <w:p w:rsidR="0029558D" w:rsidRDefault="0029558D"/>
    <w:p w:rsidR="0029558D" w:rsidRDefault="0063759D">
      <w:r>
        <w:rPr>
          <w:b/>
          <w:sz w:val="26"/>
        </w:rPr>
        <w:t>Problem 2: Power Factor and Real Power</w:t>
      </w:r>
    </w:p>
    <w:p w:rsidR="0029558D" w:rsidRDefault="0063759D">
      <w:r>
        <w:rPr>
          <w:b/>
        </w:rPr>
        <w:t>Problem Statement</w:t>
      </w:r>
    </w:p>
    <w:p w:rsidR="0029558D" w:rsidRDefault="0063759D">
      <w:r>
        <w:t>A</w:t>
      </w:r>
      <w:r>
        <w:t xml:space="preserve"> single-phase load draws I = 12 A from a 120 V (rms) source at power factor 0.8 lagging. Find apparent power S, real power P, and reactive power Q.</w:t>
      </w:r>
    </w:p>
    <w:p w:rsidR="0029558D" w:rsidRDefault="0063759D">
      <w:r>
        <w:rPr>
          <w:b/>
        </w:rPr>
        <w:t>Solution</w:t>
      </w:r>
    </w:p>
    <w:p w:rsidR="0029558D" w:rsidRDefault="0063759D">
      <w:r>
        <w:t>Apparent power:</w:t>
      </w:r>
    </w:p>
    <w:p w:rsidR="0029558D" w:rsidRDefault="0063759D">
      <w:r>
        <w:t>S = VI = 120×12 = 1440 VA</w:t>
      </w:r>
    </w:p>
    <w:p w:rsidR="0029558D" w:rsidRDefault="0063759D">
      <w:r>
        <w:t>Real power:</w:t>
      </w:r>
    </w:p>
    <w:p w:rsidR="0029558D" w:rsidRDefault="0063759D">
      <w:r>
        <w:lastRenderedPageBreak/>
        <w:t>P = S×pf = 1440×0.8 = 1152 W</w:t>
      </w:r>
    </w:p>
    <w:p w:rsidR="0029558D" w:rsidRDefault="0063759D">
      <w:r>
        <w:t>Reactive power:</w:t>
      </w:r>
    </w:p>
    <w:p w:rsidR="0029558D" w:rsidRDefault="0063759D">
      <w:r>
        <w:t>Q = S sin(acos(pf))</w:t>
      </w:r>
    </w:p>
    <w:p w:rsidR="0029558D" w:rsidRDefault="0063759D">
      <w:r>
        <w:t>cosφ = 0.8 =&gt; sinφ = √(1−0.8^2)=0.6</w:t>
      </w:r>
    </w:p>
    <w:p w:rsidR="0029558D" w:rsidRDefault="0063759D">
      <w:r>
        <w:t>Q = 1440×0.6 = 864 VAR</w:t>
      </w:r>
    </w:p>
    <w:p w:rsidR="0029558D" w:rsidRDefault="0063759D">
      <w:r>
        <w:rPr>
          <w:b/>
        </w:rPr>
        <w:t>Final Answer</w:t>
      </w:r>
    </w:p>
    <w:p w:rsidR="0029558D" w:rsidRDefault="0063759D">
      <w:r>
        <w:t>S = 1440 VA, P = 1152 W, Q = 864 VAR (lagging).</w:t>
      </w:r>
    </w:p>
    <w:p w:rsidR="0029558D" w:rsidRDefault="0029558D"/>
    <w:p w:rsidR="0029558D" w:rsidRDefault="0063759D">
      <w:r>
        <w:rPr>
          <w:b/>
          <w:sz w:val="26"/>
        </w:rPr>
        <w:t>Problem 3: Three-Phase Power (Balanced Load)</w:t>
      </w:r>
    </w:p>
    <w:p w:rsidR="0029558D" w:rsidRDefault="0063759D">
      <w:r>
        <w:rPr>
          <w:b/>
        </w:rPr>
        <w:t>Problem Statement</w:t>
      </w:r>
    </w:p>
    <w:p w:rsidR="0029558D" w:rsidRDefault="0063759D">
      <w:r>
        <w:t xml:space="preserve">A balanced 3-phase load is supplied at line voltage </w:t>
      </w:r>
      <w:r>
        <w:t>VL = 480 V and draws line current IL = 20 A at power factor 0.9 lagging. Find total real power.</w:t>
      </w:r>
    </w:p>
    <w:p w:rsidR="0029558D" w:rsidRDefault="0063759D">
      <w:r>
        <w:rPr>
          <w:b/>
        </w:rPr>
        <w:t>Solution</w:t>
      </w:r>
    </w:p>
    <w:p w:rsidR="0029558D" w:rsidRDefault="0063759D">
      <w:r>
        <w:t>Total real power for balanced 3-phase:</w:t>
      </w:r>
    </w:p>
    <w:p w:rsidR="0029558D" w:rsidRDefault="0063759D">
      <w:r>
        <w:t>P = √3 VL IL pf</w:t>
      </w:r>
    </w:p>
    <w:p w:rsidR="0029558D" w:rsidRDefault="0063759D">
      <w:r>
        <w:t>P = 1.732×480×20×0.9</w:t>
      </w:r>
    </w:p>
    <w:p w:rsidR="0029558D" w:rsidRDefault="0063759D">
      <w:r>
        <w:t>= 1.732×9600×0.9</w:t>
      </w:r>
    </w:p>
    <w:p w:rsidR="0029558D" w:rsidRDefault="0063759D">
      <w:r>
        <w:t>= 16,627×0.9 ≈ 14,964 W</w:t>
      </w:r>
    </w:p>
    <w:p w:rsidR="0029558D" w:rsidRDefault="0063759D">
      <w:r>
        <w:rPr>
          <w:b/>
        </w:rPr>
        <w:t>Final Answer</w:t>
      </w:r>
    </w:p>
    <w:p w:rsidR="0029558D" w:rsidRDefault="0063759D">
      <w:r>
        <w:t>Total real power ≈ 15</w:t>
      </w:r>
      <w:r>
        <w:t>.0 kW.</w:t>
      </w:r>
    </w:p>
    <w:p w:rsidR="0029558D" w:rsidRDefault="0029558D"/>
    <w:sectPr w:rsidR="0029558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558D"/>
    <w:rsid w:val="0029639D"/>
    <w:rsid w:val="00326F90"/>
    <w:rsid w:val="0063759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7C59628A-8ABA-4898-A4AC-B697A91FB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FFF325D-C5E4-428F-9D20-992CD7358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2026-01-17T14:29:00Z</dcterms:modified>
  <cp:category/>
</cp:coreProperties>
</file>