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43C0" w:rsidRDefault="00065D69">
      <w:bookmarkStart w:id="0" w:name="_GoBack"/>
      <w:bookmarkEnd w:id="0"/>
      <w:r>
        <w:rPr>
          <w:b/>
          <w:sz w:val="26"/>
        </w:rPr>
        <w:t>Problem 1: Equivalent Resistance (Series-Parallel Network)</w:t>
      </w:r>
    </w:p>
    <w:p w:rsidR="001243C0" w:rsidRDefault="00065D69">
      <w:r>
        <w:rPr>
          <w:b/>
        </w:rPr>
        <w:t xml:space="preserve">Problem </w:t>
      </w:r>
      <w:r>
        <w:rPr>
          <w:b/>
        </w:rPr>
        <w:t>Statement</w:t>
      </w:r>
    </w:p>
    <w:p w:rsidR="001243C0" w:rsidRDefault="00065D69">
      <w:r>
        <w:t>Find the equivalent resistance between terminals A and B. R1 = 4 Ω is in series with a parallel combination of R2 = 6 Ω and R3 = 3 Ω.</w:t>
      </w:r>
    </w:p>
    <w:p w:rsidR="001243C0" w:rsidRDefault="00065D69">
      <w:r>
        <w:rPr>
          <w:b/>
        </w:rPr>
        <w:t>Solution</w:t>
      </w:r>
    </w:p>
    <w:p w:rsidR="001243C0" w:rsidRDefault="00065D69">
      <w:r>
        <w:t>First find parallel part:</w:t>
      </w:r>
    </w:p>
    <w:p w:rsidR="001243C0" w:rsidRDefault="00065D69">
      <w:r>
        <w:t>1/Rp = 1/R2 + 1/R3 = 1/6 + 1/3 = 1/6 + 2/6 = 3/6</w:t>
      </w:r>
    </w:p>
    <w:p w:rsidR="001243C0" w:rsidRDefault="00065D69">
      <w:r>
        <w:t>Rp = 6/3 = 2 Ω</w:t>
      </w:r>
    </w:p>
    <w:p w:rsidR="001243C0" w:rsidRDefault="00065D69">
      <w:r>
        <w:t>Total resista</w:t>
      </w:r>
      <w:r>
        <w:t>nce:</w:t>
      </w:r>
    </w:p>
    <w:p w:rsidR="001243C0" w:rsidRDefault="00065D69">
      <w:r>
        <w:t>Req = R1 + Rp = 4 + 2 = 6 Ω</w:t>
      </w:r>
    </w:p>
    <w:p w:rsidR="001243C0" w:rsidRDefault="00065D69">
      <w:r>
        <w:rPr>
          <w:b/>
        </w:rPr>
        <w:t>Final Answer</w:t>
      </w:r>
    </w:p>
    <w:p w:rsidR="001243C0" w:rsidRDefault="00065D69">
      <w:r>
        <w:t>Equivalent resistance Req = 6 Ω.</w:t>
      </w:r>
    </w:p>
    <w:p w:rsidR="001243C0" w:rsidRDefault="001243C0"/>
    <w:p w:rsidR="001243C0" w:rsidRDefault="00065D69">
      <w:r>
        <w:rPr>
          <w:b/>
          <w:sz w:val="26"/>
        </w:rPr>
        <w:t>Problem 2: Thevenin Equivalent (DC Network)</w:t>
      </w:r>
    </w:p>
    <w:p w:rsidR="001243C0" w:rsidRDefault="00065D69">
      <w:r>
        <w:rPr>
          <w:b/>
        </w:rPr>
        <w:t>Problem Statement</w:t>
      </w:r>
    </w:p>
    <w:p w:rsidR="001243C0" w:rsidRDefault="00065D69">
      <w:r>
        <w:t>A 12 V source is in series with R1 = 4 Ω feeding a load terminal. A resistor R2 = 8 Ω is connected from the load t</w:t>
      </w:r>
      <w:r>
        <w:t>erminal to ground. Find Thevenin voltage and Thevenin resistance seen at the load terminal.</w:t>
      </w:r>
    </w:p>
    <w:p w:rsidR="001243C0" w:rsidRDefault="00065D69">
      <w:r>
        <w:rPr>
          <w:b/>
        </w:rPr>
        <w:t>Solution</w:t>
      </w:r>
    </w:p>
    <w:p w:rsidR="001243C0" w:rsidRDefault="00065D69">
      <w:r>
        <w:t>Thevenin voltage is the open-circuit voltage at the terminal:</w:t>
      </w:r>
    </w:p>
    <w:p w:rsidR="001243C0" w:rsidRDefault="00065D69">
      <w:r>
        <w:t>Voltage divider:</w:t>
      </w:r>
    </w:p>
    <w:p w:rsidR="001243C0" w:rsidRDefault="00065D69">
      <w:r>
        <w:t>Vth = 12 × (R2/(R1+R2)) = 12×(8/(4+8))</w:t>
      </w:r>
    </w:p>
    <w:p w:rsidR="001243C0" w:rsidRDefault="00065D69">
      <w:r>
        <w:t>Vth = 12×(8/12) = 8 V</w:t>
      </w:r>
    </w:p>
    <w:p w:rsidR="001243C0" w:rsidRDefault="00065D69">
      <w:r>
        <w:t>To find Rth, de</w:t>
      </w:r>
      <w:r>
        <w:t>activate the source (replace 12 V source by short circuit):</w:t>
      </w:r>
    </w:p>
    <w:p w:rsidR="001243C0" w:rsidRDefault="00065D69">
      <w:r>
        <w:t>Then R1 and R2 are in parallel:</w:t>
      </w:r>
    </w:p>
    <w:p w:rsidR="001243C0" w:rsidRDefault="00065D69">
      <w:r>
        <w:t>Rth = (R1R2)/(R1+R2) = (4×8)/(12) = 32/12 = 2.67 Ω</w:t>
      </w:r>
    </w:p>
    <w:p w:rsidR="001243C0" w:rsidRDefault="00065D69">
      <w:r>
        <w:rPr>
          <w:b/>
        </w:rPr>
        <w:t>Final Answer</w:t>
      </w:r>
    </w:p>
    <w:p w:rsidR="001243C0" w:rsidRDefault="00065D69">
      <w:r>
        <w:lastRenderedPageBreak/>
        <w:t>Vth = 8 V and Rth ≈ 2.67 Ω.</w:t>
      </w:r>
    </w:p>
    <w:p w:rsidR="001243C0" w:rsidRDefault="001243C0"/>
    <w:p w:rsidR="001243C0" w:rsidRDefault="00065D69">
      <w:r>
        <w:rPr>
          <w:b/>
          <w:sz w:val="26"/>
        </w:rPr>
        <w:t>Problem 3: RC Charging Circuit (Time Constant)</w:t>
      </w:r>
    </w:p>
    <w:p w:rsidR="001243C0" w:rsidRDefault="00065D69">
      <w:r>
        <w:rPr>
          <w:b/>
        </w:rPr>
        <w:t>Problem Statement</w:t>
      </w:r>
    </w:p>
    <w:p w:rsidR="001243C0" w:rsidRDefault="00065D69">
      <w:r>
        <w:t xml:space="preserve">An RC </w:t>
      </w:r>
      <w:r>
        <w:t>circuit has R = 10 kΩ and C = 100 µF connected to a 5 V step input. Find the time constant and the capacitor voltage at t = 1 s.</w:t>
      </w:r>
    </w:p>
    <w:p w:rsidR="001243C0" w:rsidRDefault="00065D69">
      <w:r>
        <w:rPr>
          <w:b/>
        </w:rPr>
        <w:t>Solution</w:t>
      </w:r>
    </w:p>
    <w:p w:rsidR="001243C0" w:rsidRDefault="00065D69">
      <w:r>
        <w:t>Time constant:</w:t>
      </w:r>
    </w:p>
    <w:p w:rsidR="001243C0" w:rsidRDefault="00065D69">
      <w:r>
        <w:t>τ = RC = 10,000 × 100×10^−6 = 1 s</w:t>
      </w:r>
    </w:p>
    <w:p w:rsidR="001243C0" w:rsidRDefault="00065D69">
      <w:r>
        <w:t>Charging equation:</w:t>
      </w:r>
    </w:p>
    <w:p w:rsidR="001243C0" w:rsidRDefault="00065D69">
      <w:r>
        <w:t>Vc(t) = V(1 − e^(−t/τ))</w:t>
      </w:r>
    </w:p>
    <w:p w:rsidR="001243C0" w:rsidRDefault="00065D69">
      <w:r>
        <w:t>At t = 1 s:</w:t>
      </w:r>
    </w:p>
    <w:p w:rsidR="001243C0" w:rsidRDefault="00065D69">
      <w:r>
        <w:t>Vc = 5(1 − e^(</w:t>
      </w:r>
      <w:r>
        <w:t>−</w:t>
      </w:r>
      <w:r>
        <w:t>1))</w:t>
      </w:r>
    </w:p>
    <w:p w:rsidR="001243C0" w:rsidRDefault="00065D69">
      <w:r>
        <w:t>e^(−1) ≈ 0.3679</w:t>
      </w:r>
    </w:p>
    <w:p w:rsidR="001243C0" w:rsidRDefault="00065D69">
      <w:r>
        <w:t>Vc ≈ 5(1 − 0.3679) = 5×0.6321 = 3.16 V</w:t>
      </w:r>
    </w:p>
    <w:p w:rsidR="001243C0" w:rsidRDefault="00065D69">
      <w:r>
        <w:rPr>
          <w:b/>
        </w:rPr>
        <w:t>Final Answer</w:t>
      </w:r>
    </w:p>
    <w:p w:rsidR="001243C0" w:rsidRDefault="00065D69">
      <w:r>
        <w:t>τ = 1 s and Vc(1 s) ≈ 3.16 V.</w:t>
      </w:r>
    </w:p>
    <w:p w:rsidR="001243C0" w:rsidRDefault="001243C0"/>
    <w:sectPr w:rsidR="001243C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065D69"/>
    <w:rsid w:val="001243C0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24D2D089-A6A2-423B-8070-27A3F6E60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68C9465-6DC7-47B5-98CE-101E84948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1449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Microsoft account</cp:lastModifiedBy>
  <cp:revision>2</cp:revision>
  <dcterms:created xsi:type="dcterms:W3CDTF">2013-12-23T23:15:00Z</dcterms:created>
  <dcterms:modified xsi:type="dcterms:W3CDTF">2026-01-17T14:28:00Z</dcterms:modified>
  <cp:category/>
</cp:coreProperties>
</file>