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C3C" w:rsidRDefault="00471244">
      <w:bookmarkStart w:id="0" w:name="_GoBack"/>
      <w:bookmarkEnd w:id="0"/>
      <w:r>
        <w:rPr>
          <w:b/>
          <w:sz w:val="26"/>
        </w:rPr>
        <w:t>Problem 1: Heating of Process Stream (Sensible Heat Duty)</w:t>
      </w:r>
    </w:p>
    <w:p w:rsidR="00DE4C3C" w:rsidRDefault="00471244">
      <w:r>
        <w:rPr>
          <w:b/>
        </w:rPr>
        <w:t>Problem Statement</w:t>
      </w:r>
    </w:p>
    <w:p w:rsidR="00DE4C3C" w:rsidRDefault="00471244">
      <w:r>
        <w:t>A liquid stream of 10,000 lb/hr is heated from 80°F to 150°F in a heat exchanger. The specifi</w:t>
      </w:r>
      <w:r>
        <w:t>c heat capacity of the liquid is approximately cp = 0.95 Btu/lb-°F. Calculate the heat duty required (Btu/hr) and also express the heat duty in kW.</w:t>
      </w:r>
      <w:r>
        <w:br/>
        <w:t>Use 1 kW = 3412 Btu/hr.</w:t>
      </w:r>
    </w:p>
    <w:p w:rsidR="00DE4C3C" w:rsidRDefault="00471244">
      <w:r>
        <w:rPr>
          <w:b/>
        </w:rPr>
        <w:t>Solution (Step-by-Step)</w:t>
      </w:r>
    </w:p>
    <w:p w:rsidR="00DE4C3C" w:rsidRDefault="00471244">
      <w:r>
        <w:t>Step 1: Temperature rise</w:t>
      </w:r>
    </w:p>
    <w:p w:rsidR="00DE4C3C" w:rsidRDefault="00471244">
      <w:r>
        <w:t>ΔT = 150 − 80 = 70°F</w:t>
      </w:r>
    </w:p>
    <w:p w:rsidR="00DE4C3C" w:rsidRDefault="00DE4C3C"/>
    <w:p w:rsidR="00DE4C3C" w:rsidRDefault="00471244">
      <w:r>
        <w:t>Step 2: Sensi</w:t>
      </w:r>
      <w:r>
        <w:t>ble heat duty</w:t>
      </w:r>
    </w:p>
    <w:p w:rsidR="00DE4C3C" w:rsidRDefault="00471244">
      <w:r>
        <w:t>Q = m cp ΔT</w:t>
      </w:r>
    </w:p>
    <w:p w:rsidR="00DE4C3C" w:rsidRDefault="00471244">
      <w:r>
        <w:t>Q = 10,000 × 0.95 × 70</w:t>
      </w:r>
    </w:p>
    <w:p w:rsidR="00DE4C3C" w:rsidRDefault="00471244">
      <w:r>
        <w:t>Q = 10,000 × 66.5 = 665,000 Btu/hr</w:t>
      </w:r>
    </w:p>
    <w:p w:rsidR="00DE4C3C" w:rsidRDefault="00DE4C3C"/>
    <w:p w:rsidR="00DE4C3C" w:rsidRDefault="00471244">
      <w:r>
        <w:t>Step 3: Convert to kW</w:t>
      </w:r>
    </w:p>
    <w:p w:rsidR="00DE4C3C" w:rsidRDefault="00471244">
      <w:r>
        <w:t>Q(kW) = Q(Btu/hr) / 3412</w:t>
      </w:r>
    </w:p>
    <w:p w:rsidR="00DE4C3C" w:rsidRDefault="00471244">
      <w:r>
        <w:t>Q(kW) = 665,000 / 3412 = 194.9 kW</w:t>
      </w:r>
    </w:p>
    <w:p w:rsidR="00DE4C3C" w:rsidRDefault="00471244">
      <w:r>
        <w:rPr>
          <w:b/>
        </w:rPr>
        <w:t>Final Answer</w:t>
      </w:r>
    </w:p>
    <w:p w:rsidR="00DE4C3C" w:rsidRDefault="00471244">
      <w:r>
        <w:t>Heat duty Q ≈ 665,000 Btu/hr ≈ 195 kW.</w:t>
      </w:r>
    </w:p>
    <w:p w:rsidR="00DE4C3C" w:rsidRDefault="00DE4C3C"/>
    <w:p w:rsidR="00DE4C3C" w:rsidRDefault="00471244">
      <w:r>
        <w:rPr>
          <w:b/>
          <w:sz w:val="26"/>
        </w:rPr>
        <w:t>Problem 2: LMTD Heat Exchanger Sizing</w:t>
      </w:r>
      <w:r>
        <w:rPr>
          <w:b/>
          <w:sz w:val="26"/>
        </w:rPr>
        <w:t xml:space="preserve"> (Counterflow)</w:t>
      </w:r>
    </w:p>
    <w:p w:rsidR="00DE4C3C" w:rsidRDefault="00471244">
      <w:r>
        <w:rPr>
          <w:b/>
        </w:rPr>
        <w:t>Problem Statement</w:t>
      </w:r>
    </w:p>
    <w:p w:rsidR="00DE4C3C" w:rsidRDefault="00471244">
      <w:r>
        <w:t xml:space="preserve">Hot oil is cooled from 260°F to 180°F in a counterflow heat exchanger. Cooling water enters at 70°F and leaves at 110°F. The overall heat transfer coefficient is U = 120 Btu/hr-ft²-°F. The heat duty is Q = 1.2×10^6 Btu/hr. </w:t>
      </w:r>
      <w:r>
        <w:t>Determine the required heat transfer area A (ft²).</w:t>
      </w:r>
    </w:p>
    <w:p w:rsidR="00DE4C3C" w:rsidRDefault="00471244">
      <w:r>
        <w:rPr>
          <w:b/>
        </w:rPr>
        <w:t>Solution (Step-by-Step)</w:t>
      </w:r>
    </w:p>
    <w:p w:rsidR="00DE4C3C" w:rsidRDefault="00471244">
      <w:r>
        <w:t>Step 1: Temperature differences for counterflow</w:t>
      </w:r>
    </w:p>
    <w:p w:rsidR="00DE4C3C" w:rsidRDefault="00471244">
      <w:r>
        <w:lastRenderedPageBreak/>
        <w:t>ΔT1 = Th,in − Tc,out = 260 − 110 = 150°F</w:t>
      </w:r>
    </w:p>
    <w:p w:rsidR="00DE4C3C" w:rsidRDefault="00471244">
      <w:r>
        <w:t>ΔT2 = Th,out − Tc,in = 180 − 70 = 110°F</w:t>
      </w:r>
    </w:p>
    <w:p w:rsidR="00DE4C3C" w:rsidRDefault="00DE4C3C"/>
    <w:p w:rsidR="00DE4C3C" w:rsidRDefault="00471244">
      <w:r>
        <w:t>Step 2: LMTD</w:t>
      </w:r>
    </w:p>
    <w:p w:rsidR="00DE4C3C" w:rsidRDefault="00471244">
      <w:r>
        <w:t>LMTD = (ΔT1 − ΔT2)/ln(ΔT1/ΔT2)</w:t>
      </w:r>
    </w:p>
    <w:p w:rsidR="00DE4C3C" w:rsidRDefault="00471244">
      <w:r>
        <w:t xml:space="preserve">= (150 </w:t>
      </w:r>
      <w:r>
        <w:t>−</w:t>
      </w:r>
      <w:r>
        <w:t xml:space="preserve"> 110)/ln(150/110)</w:t>
      </w:r>
    </w:p>
    <w:p w:rsidR="00DE4C3C" w:rsidRDefault="00471244">
      <w:r>
        <w:t>= 40/ln(1.3636)</w:t>
      </w:r>
    </w:p>
    <w:p w:rsidR="00DE4C3C" w:rsidRDefault="00471244">
      <w:r>
        <w:t>ln(1.3636)=0.310</w:t>
      </w:r>
    </w:p>
    <w:p w:rsidR="00DE4C3C" w:rsidRDefault="00471244">
      <w:r>
        <w:t>LMTD ≈ 40/0.310 = 129.0°F</w:t>
      </w:r>
    </w:p>
    <w:p w:rsidR="00DE4C3C" w:rsidRDefault="00DE4C3C"/>
    <w:p w:rsidR="00DE4C3C" w:rsidRDefault="00471244">
      <w:r>
        <w:t>Step 3: Heat exchanger area</w:t>
      </w:r>
    </w:p>
    <w:p w:rsidR="00DE4C3C" w:rsidRDefault="00471244">
      <w:r>
        <w:t>Q = U A (LMTD)</w:t>
      </w:r>
    </w:p>
    <w:p w:rsidR="00DE4C3C" w:rsidRDefault="00471244">
      <w:r>
        <w:t>A = Q/(U×LMTD)</w:t>
      </w:r>
    </w:p>
    <w:p w:rsidR="00DE4C3C" w:rsidRDefault="00471244">
      <w:r>
        <w:t>A = 1.2×10^6 / (120×129.0)</w:t>
      </w:r>
    </w:p>
    <w:p w:rsidR="00DE4C3C" w:rsidRDefault="00471244">
      <w:r>
        <w:t>Denominator = 15,480</w:t>
      </w:r>
    </w:p>
    <w:p w:rsidR="00DE4C3C" w:rsidRDefault="00471244">
      <w:r>
        <w:t>A ≈ 77.5 ft²</w:t>
      </w:r>
    </w:p>
    <w:p w:rsidR="00DE4C3C" w:rsidRDefault="00471244">
      <w:r>
        <w:rPr>
          <w:b/>
        </w:rPr>
        <w:t>Final Answer</w:t>
      </w:r>
    </w:p>
    <w:p w:rsidR="00DE4C3C" w:rsidRDefault="00471244">
      <w:r>
        <w:t>Required heat transfer area A ≈ 77.5 ft².</w:t>
      </w:r>
    </w:p>
    <w:p w:rsidR="00DE4C3C" w:rsidRDefault="00DE4C3C"/>
    <w:p w:rsidR="00DE4C3C" w:rsidRDefault="00471244">
      <w:r>
        <w:rPr>
          <w:b/>
          <w:sz w:val="26"/>
        </w:rPr>
        <w:t>Pr</w:t>
      </w:r>
      <w:r>
        <w:rPr>
          <w:b/>
          <w:sz w:val="26"/>
        </w:rPr>
        <w:t>oblem 3: Boiler Efficiency and Fuel Requirement</w:t>
      </w:r>
    </w:p>
    <w:p w:rsidR="00DE4C3C" w:rsidRDefault="00471244">
      <w:r>
        <w:rPr>
          <w:b/>
        </w:rPr>
        <w:t>Problem Statement</w:t>
      </w:r>
    </w:p>
    <w:p w:rsidR="00DE4C3C" w:rsidRDefault="00471244">
      <w:r>
        <w:t>A process requires 8,000 lb/hr of saturated steam at 100 psig. Feedwater enters the boiler at 60°F. Assume enthalpy of saturated steam at 100 psig is approximately hg = 1190 Btu/lb and feedw</w:t>
      </w:r>
      <w:r>
        <w:t>ater enthalpy is hf,60°F ≈ 28 Btu/lb. The boiler efficiency is 80%. Fuel has heating value of 20,000 Btu/lb.</w:t>
      </w:r>
      <w:r>
        <w:br/>
        <w:t>Determine:</w:t>
      </w:r>
      <w:r>
        <w:br/>
        <w:t>1) Useful heat added to water (Btu/hr)</w:t>
      </w:r>
      <w:r>
        <w:br/>
        <w:t>2) Fuel heat input required (Btu/hr)</w:t>
      </w:r>
      <w:r>
        <w:br/>
        <w:t>3) Fuel consumption rate (lb/hr).</w:t>
      </w:r>
    </w:p>
    <w:p w:rsidR="00DE4C3C" w:rsidRDefault="00471244">
      <w:r>
        <w:rPr>
          <w:b/>
        </w:rPr>
        <w:lastRenderedPageBreak/>
        <w:t>Solution (Step-by-Step)</w:t>
      </w:r>
    </w:p>
    <w:p w:rsidR="00DE4C3C" w:rsidRDefault="00471244">
      <w:r>
        <w:t>St</w:t>
      </w:r>
      <w:r>
        <w:t>ep 1: Useful heat per lb of steam</w:t>
      </w:r>
    </w:p>
    <w:p w:rsidR="00DE4C3C" w:rsidRDefault="00471244">
      <w:r>
        <w:t>Δh = hg − hf = 1190 − 28 = 1162 Btu/lb</w:t>
      </w:r>
    </w:p>
    <w:p w:rsidR="00DE4C3C" w:rsidRDefault="00DE4C3C"/>
    <w:p w:rsidR="00DE4C3C" w:rsidRDefault="00471244">
      <w:r>
        <w:t>Step 2: Useful heat rate</w:t>
      </w:r>
    </w:p>
    <w:p w:rsidR="00DE4C3C" w:rsidRDefault="00471244">
      <w:r>
        <w:t>Q_useful = m_steam × Δh</w:t>
      </w:r>
    </w:p>
    <w:p w:rsidR="00DE4C3C" w:rsidRDefault="00471244">
      <w:r>
        <w:t>Q_useful = 8000 × 1162 = 9,296,000 Btu/hr</w:t>
      </w:r>
    </w:p>
    <w:p w:rsidR="00DE4C3C" w:rsidRDefault="00DE4C3C"/>
    <w:p w:rsidR="00DE4C3C" w:rsidRDefault="00471244">
      <w:r>
        <w:t>Step 3: Fuel heat input using efficiency</w:t>
      </w:r>
    </w:p>
    <w:p w:rsidR="00DE4C3C" w:rsidRDefault="00471244">
      <w:r>
        <w:t>η = Q_useful / Q_fuel</w:t>
      </w:r>
    </w:p>
    <w:p w:rsidR="00DE4C3C" w:rsidRDefault="00471244">
      <w:r>
        <w:t xml:space="preserve">Q_fuel = Q_useful / η = </w:t>
      </w:r>
      <w:r>
        <w:t>9,296,000 / 0.80</w:t>
      </w:r>
    </w:p>
    <w:p w:rsidR="00DE4C3C" w:rsidRDefault="00471244">
      <w:r>
        <w:t>Q_fuel = 11,620,000 Btu/hr</w:t>
      </w:r>
    </w:p>
    <w:p w:rsidR="00DE4C3C" w:rsidRDefault="00DE4C3C"/>
    <w:p w:rsidR="00DE4C3C" w:rsidRDefault="00471244">
      <w:r>
        <w:t>Step 4: Fuel consumption</w:t>
      </w:r>
    </w:p>
    <w:p w:rsidR="00DE4C3C" w:rsidRDefault="00471244">
      <w:r>
        <w:t>m_fuel = Q_fuel / HV</w:t>
      </w:r>
    </w:p>
    <w:p w:rsidR="00DE4C3C" w:rsidRDefault="00471244">
      <w:r>
        <w:t>m_fuel = 11,620,000 / 20,000 = 581 lb/hr</w:t>
      </w:r>
    </w:p>
    <w:p w:rsidR="00DE4C3C" w:rsidRDefault="00471244">
      <w:r>
        <w:rPr>
          <w:b/>
        </w:rPr>
        <w:t>Final Answer</w:t>
      </w:r>
    </w:p>
    <w:p w:rsidR="00DE4C3C" w:rsidRDefault="00471244">
      <w:r>
        <w:t>Useful heat ≈ 9.30×10^6 Btu/hr.</w:t>
      </w:r>
      <w:r>
        <w:br/>
        <w:t>Fuel heat input ≈ 1.162×10^7 Btu/hr.</w:t>
      </w:r>
      <w:r>
        <w:br/>
        <w:t>Fuel consumption ≈ 581 lb/hr.</w:t>
      </w:r>
    </w:p>
    <w:p w:rsidR="00DE4C3C" w:rsidRDefault="00DE4C3C"/>
    <w:sectPr w:rsidR="00DE4C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1244"/>
    <w:rsid w:val="00AA1D8D"/>
    <w:rsid w:val="00B47730"/>
    <w:rsid w:val="00CB0664"/>
    <w:rsid w:val="00DE4C3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7CA412BB-10DF-4308-B044-EB2E230FC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529F30-2D0D-4632-98FF-619D5298A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2455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2026-01-17T15:17:00Z</dcterms:modified>
  <cp:category/>
</cp:coreProperties>
</file>