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347" w:rsidRDefault="00463036">
      <w:bookmarkStart w:id="0" w:name="_GoBack"/>
      <w:bookmarkEnd w:id="0"/>
      <w:r>
        <w:rPr>
          <w:b/>
          <w:sz w:val="26"/>
        </w:rPr>
        <w:t>Problem 1: Binary Distillation Mass Balance (Overall + Component)</w:t>
      </w:r>
    </w:p>
    <w:p w:rsidR="007D0347" w:rsidRDefault="00463036">
      <w:r>
        <w:rPr>
          <w:b/>
        </w:rPr>
        <w:t>Problem Statement</w:t>
      </w:r>
    </w:p>
    <w:p w:rsidR="007D0347" w:rsidRDefault="00463036">
      <w:r>
        <w:t>A distillation column separates a binary mixture of benzene (B) and toluene (T). A feed stream of 100 kmol/h</w:t>
      </w:r>
      <w:r>
        <w:t xml:space="preserve"> enters the column with mole fraction xF,B = 0.45 benzene. The distillate product flow rate is 40 kmol/h and has xD,B = 0.95 benzene. Assuming no losses and steady-state operation, determine:</w:t>
      </w:r>
      <w:r>
        <w:br/>
        <w:t>1) Bottoms flow rate (kmol/h)</w:t>
      </w:r>
      <w:r>
        <w:br/>
        <w:t>2) Benzene mole fraction in the bo</w:t>
      </w:r>
      <w:r>
        <w:t>ttoms stream (xB,B)</w:t>
      </w:r>
      <w:r>
        <w:br/>
        <w:t>Also compute benzene recovery (%) in the distillate.</w:t>
      </w:r>
    </w:p>
    <w:p w:rsidR="007D0347" w:rsidRDefault="00463036">
      <w:r>
        <w:rPr>
          <w:b/>
        </w:rPr>
        <w:t>Solution (Step-by-Step)</w:t>
      </w:r>
    </w:p>
    <w:p w:rsidR="007D0347" w:rsidRDefault="00463036">
      <w:r>
        <w:t>Step 1: Define streams</w:t>
      </w:r>
    </w:p>
    <w:p w:rsidR="007D0347" w:rsidRDefault="00463036">
      <w:r>
        <w:t>Feed: F = 100 kmol/h, xF,B = 0.45</w:t>
      </w:r>
    </w:p>
    <w:p w:rsidR="007D0347" w:rsidRDefault="00463036">
      <w:r>
        <w:t>Distillate: D = 40 kmol/h, xD,B = 0.95</w:t>
      </w:r>
    </w:p>
    <w:p w:rsidR="007D0347" w:rsidRDefault="00463036">
      <w:r>
        <w:t>Bottoms: B = ? kmol/h, xB,B = ?</w:t>
      </w:r>
    </w:p>
    <w:p w:rsidR="007D0347" w:rsidRDefault="007D0347"/>
    <w:p w:rsidR="007D0347" w:rsidRDefault="00463036">
      <w:r>
        <w:t>Step 2: Overall mass balance</w:t>
      </w:r>
    </w:p>
    <w:p w:rsidR="007D0347" w:rsidRDefault="00463036">
      <w:r>
        <w:t>F</w:t>
      </w:r>
      <w:r>
        <w:t xml:space="preserve"> = D + B</w:t>
      </w:r>
    </w:p>
    <w:p w:rsidR="007D0347" w:rsidRDefault="00463036">
      <w:r>
        <w:t>100 = 40 + B</w:t>
      </w:r>
    </w:p>
    <w:p w:rsidR="007D0347" w:rsidRDefault="00463036">
      <w:r>
        <w:t>B = 60 kmol/h</w:t>
      </w:r>
    </w:p>
    <w:p w:rsidR="007D0347" w:rsidRDefault="007D0347"/>
    <w:p w:rsidR="007D0347" w:rsidRDefault="00463036">
      <w:r>
        <w:t>Step 3: Component (benzene) balance</w:t>
      </w:r>
    </w:p>
    <w:p w:rsidR="007D0347" w:rsidRDefault="00463036">
      <w:r>
        <w:t>F xF,B = D xD,B + B xB,B</w:t>
      </w:r>
    </w:p>
    <w:p w:rsidR="007D0347" w:rsidRDefault="00463036">
      <w:r>
        <w:t>100(0.45) = 40(0.95) + 60 xB,B</w:t>
      </w:r>
    </w:p>
    <w:p w:rsidR="007D0347" w:rsidRDefault="00463036">
      <w:r>
        <w:t>45 = 38 + 60 xB,B</w:t>
      </w:r>
    </w:p>
    <w:p w:rsidR="007D0347" w:rsidRDefault="00463036">
      <w:r>
        <w:t>45 − 38 = 60 xB,B</w:t>
      </w:r>
    </w:p>
    <w:p w:rsidR="007D0347" w:rsidRDefault="00463036">
      <w:r>
        <w:t>7 = 60 xB,B</w:t>
      </w:r>
    </w:p>
    <w:p w:rsidR="007D0347" w:rsidRDefault="00463036">
      <w:r>
        <w:t>xB,B = 7/60 = 0.1167</w:t>
      </w:r>
    </w:p>
    <w:p w:rsidR="007D0347" w:rsidRDefault="007D0347"/>
    <w:p w:rsidR="007D0347" w:rsidRDefault="00463036">
      <w:r>
        <w:lastRenderedPageBreak/>
        <w:t>Step 4: Benzene recovery in distillate</w:t>
      </w:r>
    </w:p>
    <w:p w:rsidR="007D0347" w:rsidRDefault="00463036">
      <w:r>
        <w:t xml:space="preserve">Benzene in feed = </w:t>
      </w:r>
      <w:r>
        <w:t>100×0.45 = 45 kmol/h</w:t>
      </w:r>
    </w:p>
    <w:p w:rsidR="007D0347" w:rsidRDefault="00463036">
      <w:r>
        <w:t>Benzene in distillate = 40×0.95 = 38 kmol/h</w:t>
      </w:r>
    </w:p>
    <w:p w:rsidR="007D0347" w:rsidRDefault="00463036">
      <w:r>
        <w:t>Recovery = (38/45)×100% = 84.44%</w:t>
      </w:r>
    </w:p>
    <w:p w:rsidR="007D0347" w:rsidRDefault="00463036">
      <w:r>
        <w:rPr>
          <w:b/>
        </w:rPr>
        <w:t>Final Answer</w:t>
      </w:r>
    </w:p>
    <w:p w:rsidR="007D0347" w:rsidRDefault="00463036">
      <w:r>
        <w:t>Bottoms flow rate B = 60 kmol/h.</w:t>
      </w:r>
      <w:r>
        <w:br/>
        <w:t>Bottoms benzene fraction xB,B ≈ 0.1167.</w:t>
      </w:r>
      <w:r>
        <w:br/>
        <w:t>Benzene recovery in distillate ≈ 84.4%.</w:t>
      </w:r>
    </w:p>
    <w:p w:rsidR="007D0347" w:rsidRDefault="007D0347"/>
    <w:p w:rsidR="007D0347" w:rsidRDefault="00463036">
      <w:r>
        <w:rPr>
          <w:b/>
          <w:sz w:val="26"/>
        </w:rPr>
        <w:t>Problem 2: Reactor with Single-</w:t>
      </w:r>
      <w:r>
        <w:rPr>
          <w:b/>
          <w:sz w:val="26"/>
        </w:rPr>
        <w:t>Pass Conversion + Recycle</w:t>
      </w:r>
    </w:p>
    <w:p w:rsidR="007D0347" w:rsidRDefault="00463036">
      <w:r>
        <w:rPr>
          <w:b/>
        </w:rPr>
        <w:t>Problem Statement</w:t>
      </w:r>
    </w:p>
    <w:p w:rsidR="007D0347" w:rsidRDefault="00463036">
      <w:r>
        <w:t>A gas-phase reactor converts A → B with a single-pass conversion of 25% for component A. Fresh feed contains 80 mol% A and 20 mol% inert I, at a total fresh feed rate of 200 kmol/h. The reactor effluent passes th</w:t>
      </w:r>
      <w:r>
        <w:t>rough a separator that removes all product B, while unreacted A and inert I are recycled back and mixed with the fresh feed.</w:t>
      </w:r>
      <w:r>
        <w:br/>
        <w:t>Assume:</w:t>
      </w:r>
      <w:r>
        <w:br/>
        <w:t>• Separator removes 100% of B</w:t>
      </w:r>
      <w:r>
        <w:br/>
        <w:t>• No purge stream</w:t>
      </w:r>
      <w:r>
        <w:br/>
        <w:t>• Steady state</w:t>
      </w:r>
      <w:r>
        <w:br/>
        <w:t>Determine:</w:t>
      </w:r>
      <w:r>
        <w:br/>
        <w:t>1) The recycle flow rate (kmol/h)</w:t>
      </w:r>
      <w:r>
        <w:br/>
        <w:t xml:space="preserve">2) The reactor </w:t>
      </w:r>
      <w:r>
        <w:t>inlet flow rate (kmol/h)</w:t>
      </w:r>
      <w:r>
        <w:br/>
        <w:t>3) The overall conversion of A based on fresh feed.</w:t>
      </w:r>
    </w:p>
    <w:p w:rsidR="007D0347" w:rsidRDefault="00463036">
      <w:r>
        <w:rPr>
          <w:b/>
        </w:rPr>
        <w:t>Solution (Step-by-Step)</w:t>
      </w:r>
    </w:p>
    <w:p w:rsidR="007D0347" w:rsidRDefault="00463036">
      <w:r>
        <w:t>Step 1: Fresh feed composition</w:t>
      </w:r>
    </w:p>
    <w:p w:rsidR="007D0347" w:rsidRDefault="00463036">
      <w:r>
        <w:t>Fresh feed total: F0 = 200 kmol/h</w:t>
      </w:r>
    </w:p>
    <w:p w:rsidR="007D0347" w:rsidRDefault="00463036">
      <w:r>
        <w:t>A0 = 0.80×200 = 160 kmol/h</w:t>
      </w:r>
    </w:p>
    <w:p w:rsidR="007D0347" w:rsidRDefault="00463036">
      <w:r>
        <w:t>I0 = 0.20×200 = 40 kmol/h</w:t>
      </w:r>
    </w:p>
    <w:p w:rsidR="007D0347" w:rsidRDefault="007D0347"/>
    <w:p w:rsidR="007D0347" w:rsidRDefault="00463036">
      <w:r>
        <w:t>Step 2: Let reactor inlet A_R and I_</w:t>
      </w:r>
      <w:r>
        <w:t>R be the flow rates entering the reactor.</w:t>
      </w:r>
    </w:p>
    <w:p w:rsidR="007D0347" w:rsidRDefault="00463036">
      <w:r>
        <w:t>Single-pass conversion Xsp = 0.25</w:t>
      </w:r>
    </w:p>
    <w:p w:rsidR="007D0347" w:rsidRDefault="00463036">
      <w:r>
        <w:lastRenderedPageBreak/>
        <w:t>Moles of A reacted = 0.25 A_R</w:t>
      </w:r>
    </w:p>
    <w:p w:rsidR="007D0347" w:rsidRDefault="00463036">
      <w:r>
        <w:t>Unreacted A leaving reactor = A_R − 0.25A_R = 0.75A_R</w:t>
      </w:r>
    </w:p>
    <w:p w:rsidR="007D0347" w:rsidRDefault="00463036">
      <w:r>
        <w:t>Inert is unchanged: I_out = I_R</w:t>
      </w:r>
    </w:p>
    <w:p w:rsidR="007D0347" w:rsidRDefault="00463036">
      <w:r>
        <w:t>Product formed B = 0.25A_R</w:t>
      </w:r>
    </w:p>
    <w:p w:rsidR="007D0347" w:rsidRDefault="007D0347"/>
    <w:p w:rsidR="007D0347" w:rsidRDefault="00463036">
      <w:r>
        <w:t>Step 3: Separator removes all B</w:t>
      </w:r>
    </w:p>
    <w:p w:rsidR="007D0347" w:rsidRDefault="00463036">
      <w:r>
        <w:t>Recy</w:t>
      </w:r>
      <w:r>
        <w:t>cle contains only A and I:</w:t>
      </w:r>
    </w:p>
    <w:p w:rsidR="007D0347" w:rsidRDefault="00463036">
      <w:r>
        <w:t>Recycle A = 0.75A_R</w:t>
      </w:r>
    </w:p>
    <w:p w:rsidR="007D0347" w:rsidRDefault="00463036">
      <w:r>
        <w:t>Recycle I = I_R</w:t>
      </w:r>
    </w:p>
    <w:p w:rsidR="007D0347" w:rsidRDefault="00463036">
      <w:r>
        <w:t>Recycle total R = 0.75A_R + I_R</w:t>
      </w:r>
    </w:p>
    <w:p w:rsidR="007D0347" w:rsidRDefault="007D0347"/>
    <w:p w:rsidR="007D0347" w:rsidRDefault="00463036">
      <w:r>
        <w:t>Step 4: Mixing relationship at reactor inlet</w:t>
      </w:r>
    </w:p>
    <w:p w:rsidR="007D0347" w:rsidRDefault="00463036">
      <w:r>
        <w:t>A_R = A0 + Recycle A = 160 + 0.75A_R</w:t>
      </w:r>
    </w:p>
    <w:p w:rsidR="007D0347" w:rsidRDefault="00463036">
      <w:r>
        <w:t>I_R = I0 + Recycle I = 40 + I_R</w:t>
      </w:r>
    </w:p>
    <w:p w:rsidR="007D0347" w:rsidRDefault="007D0347"/>
    <w:p w:rsidR="007D0347" w:rsidRDefault="00463036">
      <w:r>
        <w:t>Step 5: Solve for A_R</w:t>
      </w:r>
    </w:p>
    <w:p w:rsidR="007D0347" w:rsidRDefault="00463036">
      <w:r>
        <w:t>A_R − 0.75A_R = 160</w:t>
      </w:r>
    </w:p>
    <w:p w:rsidR="007D0347" w:rsidRDefault="00463036">
      <w:r>
        <w:t>0.25A_R = 160</w:t>
      </w:r>
    </w:p>
    <w:p w:rsidR="007D0347" w:rsidRDefault="00463036">
      <w:r>
        <w:t>A_R = 640 kmol/h</w:t>
      </w:r>
    </w:p>
    <w:p w:rsidR="007D0347" w:rsidRDefault="007D0347"/>
    <w:p w:rsidR="007D0347" w:rsidRDefault="00463036">
      <w:r>
        <w:t>Step 6: Inert equation check</w:t>
      </w:r>
    </w:p>
    <w:p w:rsidR="007D0347" w:rsidRDefault="00463036">
      <w:r>
        <w:t>I_R = 40 + I_R gives 0 = 40 (impossible)</w:t>
      </w:r>
    </w:p>
    <w:p w:rsidR="007D0347" w:rsidRDefault="00463036">
      <w:r>
        <w:t>This indicates no purge causes inert accumulation with recycle.</w:t>
      </w:r>
    </w:p>
    <w:p w:rsidR="007D0347" w:rsidRDefault="007D0347"/>
    <w:p w:rsidR="007D0347" w:rsidRDefault="00463036">
      <w:r>
        <w:t>Engineering conclusion:</w:t>
      </w:r>
    </w:p>
    <w:p w:rsidR="007D0347" w:rsidRDefault="00463036">
      <w:r>
        <w:lastRenderedPageBreak/>
        <w:t xml:space="preserve">A steady-state solution without purge is not physically possible </w:t>
      </w:r>
      <w:r>
        <w:t>when inert is present and fully recycled.</w:t>
      </w:r>
    </w:p>
    <w:p w:rsidR="007D0347" w:rsidRDefault="00463036">
      <w:r>
        <w:t>A purge stream is required.</w:t>
      </w:r>
    </w:p>
    <w:p w:rsidR="007D0347" w:rsidRDefault="007D0347"/>
    <w:p w:rsidR="007D0347" w:rsidRDefault="00463036">
      <w:r>
        <w:t>Step 7: Add a purge fraction p (recommended fix)</w:t>
      </w:r>
    </w:p>
    <w:p w:rsidR="007D0347" w:rsidRDefault="00463036">
      <w:r>
        <w:t>If a purge fraction p of recycle is removed, inert can reach steady state.</w:t>
      </w:r>
    </w:p>
    <w:p w:rsidR="007D0347" w:rsidRDefault="00463036">
      <w:r>
        <w:t>A full design would specify p and re-solve balances.</w:t>
      </w:r>
    </w:p>
    <w:p w:rsidR="007D0347" w:rsidRDefault="00463036">
      <w:r>
        <w:rPr>
          <w:b/>
        </w:rPr>
        <w:t>Final An</w:t>
      </w:r>
      <w:r>
        <w:rPr>
          <w:b/>
        </w:rPr>
        <w:t>swer</w:t>
      </w:r>
    </w:p>
    <w:p w:rsidR="007D0347" w:rsidRDefault="00463036">
      <w:r>
        <w:t>No steady-state solution exists with inert present and NO purge.</w:t>
      </w:r>
      <w:r>
        <w:br/>
        <w:t>To achieve steady state, a purge stream must be included to prevent inert accumulation.</w:t>
      </w:r>
      <w:r>
        <w:br/>
        <w:t>(Industry-standard correction: add purge fraction and redo recycle balance.)</w:t>
      </w:r>
    </w:p>
    <w:p w:rsidR="007D0347" w:rsidRDefault="007D0347"/>
    <w:p w:rsidR="007D0347" w:rsidRDefault="00463036">
      <w:r>
        <w:rPr>
          <w:b/>
          <w:sz w:val="26"/>
        </w:rPr>
        <w:t>Problem 3: Drying Pr</w:t>
      </w:r>
      <w:r>
        <w:rPr>
          <w:b/>
          <w:sz w:val="26"/>
        </w:rPr>
        <w:t>ocess with Moisture Content on Wet and Dry Basis</w:t>
      </w:r>
    </w:p>
    <w:p w:rsidR="007D0347" w:rsidRDefault="00463036">
      <w:r>
        <w:rPr>
          <w:b/>
        </w:rPr>
        <w:t>Problem Statement</w:t>
      </w:r>
    </w:p>
    <w:p w:rsidR="007D0347" w:rsidRDefault="00463036">
      <w:r>
        <w:t>A wet solid containing 30 wt% moisture (water) on a wet basis is dried to 5 wt% moisture on a wet basis. If 1000 lb of wet solid is fed to the dryer, calculate:</w:t>
      </w:r>
      <w:r>
        <w:br/>
        <w:t>1) Mass of dry solid (lb)</w:t>
      </w:r>
      <w:r>
        <w:br/>
        <w:t>2)</w:t>
      </w:r>
      <w:r>
        <w:t xml:space="preserve"> Initial water in feed (lb)</w:t>
      </w:r>
      <w:r>
        <w:br/>
        <w:t>3) Final water in product (lb)</w:t>
      </w:r>
      <w:r>
        <w:br/>
        <w:t>4) Water removed (lb)</w:t>
      </w:r>
      <w:r>
        <w:br/>
        <w:t>Assume no loss of dry solid during drying.</w:t>
      </w:r>
    </w:p>
    <w:p w:rsidR="007D0347" w:rsidRDefault="00463036">
      <w:r>
        <w:rPr>
          <w:b/>
        </w:rPr>
        <w:t>Solution (Step-by-Step)</w:t>
      </w:r>
    </w:p>
    <w:p w:rsidR="007D0347" w:rsidRDefault="00463036">
      <w:r>
        <w:t>Step 1: Interpret moisture content on wet basis</w:t>
      </w:r>
    </w:p>
    <w:p w:rsidR="007D0347" w:rsidRDefault="00463036">
      <w:r>
        <w:t>Wet basis moisture fraction = mass water / total mass</w:t>
      </w:r>
    </w:p>
    <w:p w:rsidR="007D0347" w:rsidRDefault="007D0347"/>
    <w:p w:rsidR="007D0347" w:rsidRDefault="00463036">
      <w:r>
        <w:t xml:space="preserve">Step </w:t>
      </w:r>
      <w:r>
        <w:t>2: Initial feed</w:t>
      </w:r>
    </w:p>
    <w:p w:rsidR="007D0347" w:rsidRDefault="00463036">
      <w:r>
        <w:t>Total feed = 1000 lb</w:t>
      </w:r>
    </w:p>
    <w:p w:rsidR="007D0347" w:rsidRDefault="00463036">
      <w:r>
        <w:t>Initial water = 0.30×1000 = 300 lb</w:t>
      </w:r>
    </w:p>
    <w:p w:rsidR="007D0347" w:rsidRDefault="00463036">
      <w:r>
        <w:t>Dry solid = 1000 − 300 = 700 lb</w:t>
      </w:r>
    </w:p>
    <w:p w:rsidR="007D0347" w:rsidRDefault="007D0347"/>
    <w:p w:rsidR="007D0347" w:rsidRDefault="00463036">
      <w:r>
        <w:lastRenderedPageBreak/>
        <w:t>Step 3: Product moisture is 5% wet basis</w:t>
      </w:r>
    </w:p>
    <w:p w:rsidR="007D0347" w:rsidRDefault="00463036">
      <w:r>
        <w:t>Let final product total mass = Mp</w:t>
      </w:r>
    </w:p>
    <w:p w:rsidR="007D0347" w:rsidRDefault="00463036">
      <w:r>
        <w:t>Final water = 0.05 Mp</w:t>
      </w:r>
    </w:p>
    <w:p w:rsidR="007D0347" w:rsidRDefault="00463036">
      <w:r>
        <w:t>Final dry solid = 0.95 Mp</w:t>
      </w:r>
    </w:p>
    <w:p w:rsidR="007D0347" w:rsidRDefault="00463036">
      <w:r>
        <w:t>But dry solid is conserved =</w:t>
      </w:r>
      <w:r>
        <w:t xml:space="preserve"> 700 lb</w:t>
      </w:r>
    </w:p>
    <w:p w:rsidR="007D0347" w:rsidRDefault="00463036">
      <w:r>
        <w:t>So:</w:t>
      </w:r>
    </w:p>
    <w:p w:rsidR="007D0347" w:rsidRDefault="00463036">
      <w:r>
        <w:t>0.95 Mp = 700</w:t>
      </w:r>
    </w:p>
    <w:p w:rsidR="007D0347" w:rsidRDefault="00463036">
      <w:r>
        <w:t>Mp = 700/0.95 = 736.84 lb</w:t>
      </w:r>
    </w:p>
    <w:p w:rsidR="007D0347" w:rsidRDefault="00463036">
      <w:r>
        <w:t>Final water = 0.05×736.84 = 36.84 lb</w:t>
      </w:r>
    </w:p>
    <w:p w:rsidR="007D0347" w:rsidRDefault="007D0347"/>
    <w:p w:rsidR="007D0347" w:rsidRDefault="00463036">
      <w:r>
        <w:t>Step 4: Water removed</w:t>
      </w:r>
    </w:p>
    <w:p w:rsidR="007D0347" w:rsidRDefault="00463036">
      <w:r>
        <w:t>Water removed = initial water − final water</w:t>
      </w:r>
    </w:p>
    <w:p w:rsidR="007D0347" w:rsidRDefault="00463036">
      <w:r>
        <w:t>= 300 − 36.84 = 263.16 lb</w:t>
      </w:r>
    </w:p>
    <w:p w:rsidR="007D0347" w:rsidRDefault="00463036">
      <w:r>
        <w:rPr>
          <w:b/>
        </w:rPr>
        <w:t>Final Answer</w:t>
      </w:r>
    </w:p>
    <w:p w:rsidR="007D0347" w:rsidRDefault="00463036">
      <w:r>
        <w:t>Dry solid = 700 lb.</w:t>
      </w:r>
      <w:r>
        <w:br/>
        <w:t>Initial water = 300 lb.</w:t>
      </w:r>
      <w:r>
        <w:br/>
        <w:t>Final product mas</w:t>
      </w:r>
      <w:r>
        <w:t>s ≈ 736.84 lb with water ≈ 36.84 lb.</w:t>
      </w:r>
      <w:r>
        <w:br/>
        <w:t>Water removed ≈ 263.16 lb.</w:t>
      </w:r>
    </w:p>
    <w:p w:rsidR="007D0347" w:rsidRDefault="007D0347"/>
    <w:sectPr w:rsidR="007D034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63036"/>
    <w:rsid w:val="007D034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97E9AAD1-0BCB-4106-B099-824BFD8E0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83AEF3-C8FC-4A4C-BF5D-4F7E31CB8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4342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2026-01-17T15:18:00Z</dcterms:modified>
  <cp:category/>
</cp:coreProperties>
</file>